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7Co/71/2016 z 28. 4. 2016</w:t>
      </w:r>
    </w:p>
    <w:p>
      <w:r>
        <w:t>Uznesenie Krajského súdu Bratislava z 28. apríla 2016, sp. zn. 7Co/71/2016, ECLI:SK:KSBA:2016:1315214791.2</w:t>
      </w:r>
    </w:p>
    <w:p>
      <w:r>
        <w:t>Súd: Krajský súd Bratislava</w:t>
      </w:r>
    </w:p>
    <w:p>
      <w:r>
        <w:t>Spisová značka: 7Co/71/2016</w:t>
      </w:r>
    </w:p>
    <w:p>
      <w:r>
        <w:t>ECLI: ECLI:SK:KSBA:2016:1315214791.2</w:t>
      </w:r>
    </w:p>
    <w:p>
      <w:r>
        <w:t>Dátum vydania: 28.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7Co/71/2016 Identifikačné číslo súdneho spisu: 1315214791 Dátum vydania rozhodnutia: 29. 04. 2016 Meno a priezvisko sudcu, VSÚ: JUDr. Blanka Podmajerská ECLI: ECLI:SK:KSBA:2016:1315214791.2 Uznesenie Krajský súd v Bratislave v právnej veci navrhovateľa: W. T., A.. XX.X.XXXX, S. W. O. XXXX/X, XXX XX X., št. občianka SR, proti odporcovi: E. T.Á., A.. XX.XX.XXXX, S. W. O. XXXX/X, XXX XX X., št. občan SR, zastúpeného advokátskou kanceláriou JUDr. Ladislav Pavlovič, s.r.o., so sídlom Štefánikova 5, 811 05 Bratislava, IČO: 47 238 526, o návrhu na nariadenie predbežného opatrenia, na odvolanie odporcu proti uzneseniu Okresného súdu Bratislava III zo dňa 12. augusta 2015, č. k. 44C/457/2015-43, jednohlasne (pomerom hlasov 3:0) takto r o z h o d o l : Odvolací súd o p r a v u j e spisovú značku uznesenia Krajského súdu v Bratislave zo dňa 16.03.2016, č. k. 7Co/71/2016-167 nesprávne označenú ako 7Co 71/2015-167 a nahradzuje ju správnym označením: 7Co 71/2016-167. V ostatnom zostáva uznesenie nezmenené. o d ô v o d n e n i e : Uznesením č.k. 7Co 71/2016-167 zo dňa 16.03.2016, odvolací súd uznesenie súdu prvého stupňa v napadnutej časti prvého výroku zmenil tak, že „odporca je povinný zdržať sa vstupu na pozemok s parc. č. XX o výmere 947 m2 - zastavané plochy a nádvoria, a na pozemok s parc. č. XX/X o výmere 132 m2 - záhrady, ktoré sú zapísané na LV č. XX Katastrálneho odboru Okresného úradu v Senci, katastrálne územie W. a to až do právoplatného rozhodnutia vo veci samej o návrhu na zrušenie práva zodpovedajúceho vecnému bremenu. V druhej časti výroku odvolanie odporcu odmietol. V štvrtej časti výroku uznesenie súdu prvého stupňa potvrdil. Podľa § 164 prvá a druhá veta O.s.p. súd kedykoľvek aj bez návrhu opraví v rozsudku chyby v písaní a počítaní, ako aj iné zrejmé nesprávnosti. O oprave vydá opravné uznesenie, ktoré doručí účastníkom. Je zrejmé, že pri vyhotovovaní uznesenia odvolacieho súdu, došlo k chybe v písaní uvedením nesprávnej spisovej značky a preto súd v súlade s citovaným zákonným ustanovením rozhodol o oprave chyby v písaní tak, ako je uvedené vo výrokovej časti tohto uznesenia a nesprávne znenie nahradil správnym. Poučenie: Toto uznesenie nemožno napadnúť odvolaním.</w:t>
      </w:r>
    </w:p>
    <w:p/>
    <w:p>
      <w:r>
        <w:t>Zdroj: KAUZIS.SK – https://www.kauzis.sk/judikatura/r/ECLI:SK:KSBA:2016:1315214791.2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