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3Co/344/2016 z 29. 11. 2016</w:t>
      </w:r>
    </w:p>
    <w:p>
      <w:r>
        <w:t>Uznesenie Krajského súdu Bratislava z 29. novembra 2016, sp. zn. 3Co/344/2016, ECLI:SK:KSBA:2016:1315215293.1</w:t>
      </w:r>
    </w:p>
    <w:p>
      <w:r>
        <w:t>Súd: Krajský súd Bratislava</w:t>
      </w:r>
    </w:p>
    <w:p>
      <w:r>
        <w:t>Spisová značka: 3Co/344/2016</w:t>
      </w:r>
    </w:p>
    <w:p>
      <w:r>
        <w:t>ECLI: ECLI:SK:KSBA:2016:1315215293.1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3Co/344/2016 Identifikačné číslo súdneho spisu: 1315215293 Dátum vydania rozhodnutia: 30. 11. 2016 Meno a priezvisko sudcu, VSÚ: JUDr. Roman Bolebruch ECLI: ECLI:SK:KSBA:2016:1315215293.1 Uznesenie Krajský súd v Bratislave v senáte zloženom z predsedu senátu JUDr. Romana Bolebrucha a sudcov JUDr. Ing. Maria Dubaňa a JUDr. Alexandry Hanusovej v právnej veci žalobkyne: V. K., K.. Q. XX, C., zastúpenej Bartošík Šváby s.r.o., Plynárenská 7/A, Bratislava, proti žalovanej: Slovenská sporiteľňa, a.s., Tomášikova 48, Bratislava, zastúpenej JUDr. Roman Kvasnica, advokát, s.r.o., Sad A. Kmeťa 24, Piešťany, o zaplatenie 15.529,50 eura s prísl., o späťvzatí žaloby po vyhlásení rozsudku Okresného súdu Bratislava III č.k. 16C/470/2015-136, zo dňa 24.5.2016, takto r o z h o d o l : Odvolací súd p r i p ú š ť a späťvzatie žaloby, rozsudok Okresného súdu Bratislava III č.k. 16C/470/2015-136, zo dňa 24.5.2016, z r u š u j e a konanie z a s t a v u j e . Žalovanej p r i z n á v a proti žalobkyni plný nárok na náhradu trov konania. o d ô v o d n e n i e : 1. Súd prvej inštancie rozsudkom Okresného súdu Bratislava III č.k. 16C/470/2015-136, zo dňa 24.5.2016, žalovanej uložil povinnosť zaplatiť žalobkyni 15.529,50 eura spolu s úrokom z omeškania vo výške 8,75 % p.a. zo sumy 443,70 eura od 16.8.2012 do zaplatenia, 8,75 % p.a. zo sumy 443,70 eura od 16.9.2012 do zaplatenia, 8,75 % p.a. zo sumy 443,70 eura od 16.10.2012 do zaplatenia, 8,75 % p.a. zo sumy 443,70 eura od 16.11.2012 do zaplatenia, 8,75 % p.a. zo sumy 443,70 eura od 16.12.2012 do zaplatenia, 8,75 % p.a. zo sumy 443,70 eura od 16.1.2013 do zaplatenia, 8,75 % p.a. zo sumy 443,70 eura od 16.2.2013 do zaplatenia, 8,75 % p.a. zo sumy 443,70 eura od 16.3.2013 do zaplatenia, 8,75 % p.a. zo sumy 443,70 eura od 16.4.2013 do zaplatenia, 8,75 % p.a. zo sumy 443,70 eura od 16.5.2013 do zaplatenia, 8,75 % p.a. zo sumy 443,70 eura od 16.6.2013 do zaplatenia, 8,75 % p.a. zo sumy 443,70 eura od 16.7.2013 do zaplatenia, 8,75 % p.a. zo sumy 443,70 eura od 16.8.2013 do zaplatenia, 8,75 % p.a. zo sumy 443,70 eura od 16.9.2013 do zaplatenia, 8,75 % p.a. zo sumy 443,70 eura od 16.10.2013 do zaplatenia, 8,25 % p.a. zo sumy 443,70 eura od 16.11.2013 do zaplatenia, 8,25 % p.a. zo sumy 443,70 eura od 16.12.2013 do zaplatenia, 8,25 % p.a. zo sumy 443,70 eura od 16.1.2014 do zaplatenia, 8,25 % p.a. zo sumy 443,70 eura od 16.2.2014 do zaplatenia, 8,25 % p.a. zo sumy 443,70 eura od 16.3.2014 do zaplatenia, 8,25 % p.a. zo sumy 443,70 eura od 16.4.2014 do zaplatenia, 8,25 % p.a. zo sumy 443,70 eura od 16.5.2014 do zaplatenia, 8,15 % p.a. zo sumy 443,70 eura od 16.6.2014 do zaplatenia, 8,15 % p.a. zo sumy 443,70 eura od 16.7.2014 do zaplatenia, 8,15 % p.a. zo sumy 443,70 eura od 16.8.2014 do zaplatenia, 8,05 % p.a. zo sumy 443,70 eura od 16.9.2014 do zaplatenia, 8,05 % p.a. zo sumy 443,70 eura od 16.10.2014 do zaplatenia, 8,05 % p.a. zo sumy 443,70 eura od 16.11.2014 do zaplatenia, 8,05 % p.a. zo sumy 443,70 eura od 16.12.2014 do zaplatenia, 8,05 % p.a. zo sumy 443,70 eura od 16.1.2015 do zaplatenia, 8,05 % p.a. zo sumy 443,70 eura od 16.2.2015 do zaplatenia, 8,05 % p.a. zo sumy 443,70 eura od 16.3.2015 do zaplatenia, 8,05 % p.a. zo sumy 443,70 eura od 16.4.2015 do zaplatenia, 8,05 % p.a. zo sumy 443,70 eura od 16.5.2015 do zaplatenia, 8,05 % p.a. zo sumy 443,70 eura od 16.6.2015 do zaplatenia; žalovanej uložil povinnosť zaplatiť žalobkyni náhradu za zaplatený súdny poplatok 931,50 eura a náhradu trov právneho zastúpenia 1.576,40 eura, k rukám právneho zástupcu žalobkyne. 2. Žalobkyňa v lehote na podanie odvolania, podaním došlým súdu prvej inštancie 23.11.2016, ktorého prílohu tvorí Dohoda o urovnaní z 18.11.2016 uzatvorená podľa § 585 Občianskeho zákonníka a nasl., vzala žalobu v celom rozsahu späť a žiadala konanie zastaviť. 3. Podľa § 470 ods. 1 zákona č. 160/2015 Z.z. Civilný sporový poriadok (ďalej len „C.s.p.“) ak nie je ustanovené inak, platí tento zákon aj na konania začaté predo dňom nadobudnutia jeho účinnosti. 4. Podľa § 470 ods. 2 veta prvá C.s.p. právne účinky úkonov, ktoré v konaní nastali predo dňom nadobudnutia účinnosti tohto zákona, zostávajú zachované. 5. Podľa § 370 ods. 1, ods. 2 C.s.p.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6. Nakoľko v predmetnom spore žalobkyňa vzala žalobu späť po rozhodnutí súdu prvej inštancie, ale skôr, ako rozhodnutie nadobudlo právoplatnosť a žalovaná v časti C písomného späťvzatia, ktoré podpísala, súčasne vyhlásila, že súhlasí so späťvzatím žaloby, odvolací súd v zmysle citovaného ustanovenia pripustil späťvzatie žaloby, zrušil rozsudok súdu prvej inštancie a konanie zastavil. 7. O nároku na náhradu trov konania odvolací súd rozhodol podľa § 256 ods. 1 C.s.p. tak, že žalovanej priznal proti žalobkyni plný nárok na náhradu trov konania, nakoľko to bola žalobkyňa, ktorá procesne zavinila zastavenie konania. 8.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https://www.kauzis.sk/judikatura/r/ECLI:SK:KSBA:2016:1315215293.1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