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2Co/129/2016 z 21. 6. 2016</w:t>
      </w:r>
    </w:p>
    <w:p>
      <w:r>
        <w:t>Opravné uznesenie Krajského súdu Bratislava z 21. júna 2016, sp. zn. 2Co/129/2016, ECLI:SK:KSBA:2016:1315220843.3</w:t>
      </w:r>
    </w:p>
    <w:p>
      <w:r>
        <w:t>Súd: Krajský súd Bratislava</w:t>
      </w:r>
    </w:p>
    <w:p>
      <w:r>
        <w:t>Spisová značka: 2Co/129/2016</w:t>
      </w:r>
    </w:p>
    <w:p>
      <w:r>
        <w:t>ECLI: ECLI:SK:KSBA:2016:1315220843.3</w:t>
      </w:r>
    </w:p>
    <w:p>
      <w:r>
        <w:t>Dátum vydania: 21. 6.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2Co/129/2016 Identifikačné číslo súdneho spisu: 1315220843 Dátum vydania rozhodnutia: 22. 06. 2016 Meno a priezvisko sudcu, VSÚ: JUDr. Mária Hajdínová ECLI: ECLI:SK:KSBA:2016:1315220843.3 Opravné uznesenie Krajský súd v Bratislave v právnej veci navrhovateľky: N.. H.. H. U. I. Á. P. N. W. C. P. Á. , narodená XX.XX.XXXX, bytom C. XX, XXX XX X.W., zastúpená: JUDr. Vincentom Lechmanom, advokátom so sídlom Popradská 80, 040 11 Košice, proti odporcovi: N.. T. U. I. Á. P. N. W. , narodený XX.XX.XXXX, bytom C. XX, XXX XX X., korešpondenčná adresa: L.. C.. X. XX, XXX XX X., zastúpený Mgr. Rastislavom Munkom, PhD., advokátom v Bratislave, Podpriehradná 3, o návrhu na rozvod manželstva a úpravu práv a povinností voči maloletým deťom U.: I., narodená XX.XX.XXXX a Q., narodený XX.XX.XXXX, obe bytom u matky, zastúpené kolíznym opatrovníkom Úradom práce, sociálnych vecí a rodiny Pezinok, odbor sociálnych vecí a rodiny, so sídlom Krátka 1, Senec, o nariadenie predbežného opatrenia, o opravu uznesenia Krajského súdu v Bratislave zo dňa 29. apríla 2016, č.k. 2Co 129/2016-158, takto r o z h o d o l : Krajský súd vBratislave o p r a v u j e uznesenie Krajského súdu v Bratislave zo dňa 29. apríla 2016, č.k. 2Co 129/2016-158, vo výroku tak, že správne označenie okresného súdu bude: „Okresný súd Bratislava III.“ V ostatnom zostáva uznesenie nezmenené. o d ô v o d n e n i e : Krajský súd v Bratislave uznesením zo dňa 29.04.2016, č.k. 2Co 129/2016-158, potvrdil uznesenie Okresného súdu Bratislava III. zo dňa 24.02.2016, č.k. 37P 357/2015-133, ktorým súd prvého stupňa návrh na nariadenie predbežného opatrenia zamietol. Nakoľko vo výroku predmetného uznesenia nastala chyba v písaní a to konkrétne v označení súdu (Krajský súd v Bratislave nesprávne označil súd ako Okresný súd Bratislava IV., správne mal byť Okresný súd Bratislava III.) pri vyhotovovaní uznesenia, súd rozhodol tak, že opravil uznesenie v časti výroku tak, aby bolo v súlade s odôvodnením predmetného uznesenia. Odvolací súd prijal rozhodnutie jednohlasne (§ 3 ods. 9 zákona č. 757/2004 Z.z. o súdoch a o zmene a doplnení niektorých zákonov). Poučenie: Proti tomuto uzneseniu odvolanie nie je prípustné.</w:t>
      </w:r>
    </w:p>
    <w:p/>
    <w:p>
      <w:r>
        <w:t>Zdroj: KAUZIS.SK – https://www.kauzis.sk/judikatura/r/ECLI:SK:KSBA:2016:1315220843.3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