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3Co/134/2016 z 28. 4. 2016</w:t>
      </w:r>
    </w:p>
    <w:p>
      <w:r>
        <w:t>Uznesenie Krajského súdu Bratislava z 28. apríla 2016, sp. zn. 3Co/134/2016, ECLI:SK:KSBA:2016:1315221637.1</w:t>
      </w:r>
    </w:p>
    <w:p>
      <w:r>
        <w:t>Súd: Krajský súd Bratislava</w:t>
      </w:r>
    </w:p>
    <w:p>
      <w:r>
        <w:t>Spisová značka: 3Co/134/2016</w:t>
      </w:r>
    </w:p>
    <w:p>
      <w:r>
        <w:t>ECLI: ECLI:SK:KSBA:2016:1315221637.1</w:t>
      </w:r>
    </w:p>
    <w:p>
      <w:r>
        <w:t>Dátum vydania: 28. 4. 2016</w:t>
      </w:r>
    </w:p>
    <w:p>
      <w:r>
        <w:t>Forma: Uznesenie</w:t>
      </w:r>
    </w:p>
    <w:p>
      <w:pPr>
        <w:pStyle w:val="Heading2"/>
      </w:pPr>
      <w:r>
        <w:t>Text rozhodnutia</w:t>
      </w:r>
    </w:p>
    <w:p>
      <w:r>
        <w:t>Súd: Krajský súd Bratislava Spisová značka: 3Co/134/2016 Identifikačné číslo súdneho spisu: 1315221637 Dátum vydania rozhodnutia: 29. 04. 2016 Meno a priezvisko sudcu, VSÚ: JUDr. Roman Bolebruch ECLI: ECLI:SK:KSBA:2016:1315221637.1 Uznesenie Krajský súd v Bratislave v právnej veci navrhovateľa: L. V., K. XX, L., proti odporcovi: Š. L., J. XX, X., o určenie neplatnosti odstúpenia odporcu od kúpnej zmluvy, na odvolanie navrhovateľa proti uzneseniu Okresného súdu Bratislava III č.k. 45C/643/2015-42, zo dňa 12.1.2016, takto r o z h o d o l : Odvolací súd odvolanie o d m i e t a . Odporcovi náhradu trov odvolacieho konania n e p r i z n á v a . o d ô v o d n e n i e : Napadnutým uznesením súd prvého stupňa zastavil konanie; o trovách konania rozhodol tak, že žiaden z účastníkov nemá právo na náhradu trov konania. Proti uzneseniu podal odvolanie navrhovateľ a žiadal napadnuté uznesenie zrušiť. Odvolací súd prejednal odvolanie podľa § 214 ods. 2 O.s.p. a dospel k záveru, že odvolanie treba odmietnuť ako oneskorene podané. Podľa § 57 ods. 1 O.s.p. do plynutia lehoty sa nezapočítava deň, keď došlo k skutočnosti určujúcej začiatok lehoty. Podľa § 57 ods. 2 veta druhá O.s.p. ak koniec lehoty pripadne na sobou, nedeľu alebo sviatok, je posledným dňom lehoty najbližší nasledujúci pracovný deň. Podľa § 57 ods. 3 O.s.p. lehota je zachovaná, ak sa posledný deň lehoty urobí úkon na súde alebo podanie odovzdá orgánu, ktorý má povinnosť ho doručiť. Podľa § 204 ods. 1 veta prvá O.s.p. odvolanie sa podáva do 15 dní od doručenia rozhodnutia na súde, proti rozhodnutiu ktorého smeruje. Podľa § 218 ods. 1 písm. a) O.s.p. odvolací súd odmietne odvolanie, ktoré bolo podané oneskorene. Rovnopis písomného vyhotovenia napadnutého uznesenia bol navrhovateľovi doručený dňa 15.2.2016. Zákonná pätnásťdňová lehota na podanie odvolania proti uzneseniu mu začala plynúť dňa 16.2.2016 (§ 204 ods. 1 veta prvá O.s.p., § 57 ods. 1 O.s.p.). Posledným dňom lehoty na podanie odvolania bol deň 1.3.2016. Navrhovateľ podal odvolanie osobne na súde prvého stupňa dňa 2.3.2016, teda oneskorene. Odvolací súd na základe uvedeného odvolanie navrhovateľa podľa § 218 ods. 1 písm. a) O.s.p. ako oneskorene podané odmietol. V odvolacom konaní procesne úspešnému odporcovi vzniklo právo na náhradu trov odvolacieho konania proti navrhovateľovi, ktorý úspech nemal (§ 224 ods. 1 O.s.p. v spojení s § 142 ods. 1 O.s.p.). Nakoľko však odporcovi trovy odvolacieho konania nevznikli, odvolací súd mu ich náhradu nepriznal. Toto rozhodnutie prijal senát Krajského súdu v Bratislave pomerom hlasov 3:0. Poučenie: Proti tomuto uzneseniu odvolanie nie je prípustné.</w:t>
      </w:r>
    </w:p>
    <w:p/>
    <w:p>
      <w:r>
        <w:t>Zdroj: KAUZIS.SK – https://www.kauzis.sk/judikatura/r/ECLI:SK:KSBA:2016:1315221637.1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