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11CoP/191/2016 z 18. 4. 2016</w:t>
      </w:r>
    </w:p>
    <w:p>
      <w:r>
        <w:t>Uznesenie Krajského súdu Bratislava z 18. apríla 2016, sp. zn. 11CoP/191/2016, ECLI:SK:KSBA:2016:1316202616.2</w:t>
      </w:r>
    </w:p>
    <w:p>
      <w:r>
        <w:t>Súd: Krajský súd Bratislava</w:t>
      </w:r>
    </w:p>
    <w:p>
      <w:r>
        <w:t>Spisová značka: 11CoP/191/2016</w:t>
      </w:r>
    </w:p>
    <w:p>
      <w:r>
        <w:t>ECLI: ECLI:SK:KSBA:2016:1316202616.2</w:t>
      </w:r>
    </w:p>
    <w:p>
      <w:r>
        <w:t>Dátum vydania: 18.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11CoP/191/2016 Identifikačné číslo súdneho spisu: 1316202616 Dátum vydania rozhodnutia: 19. 04. 2016 Meno a priezvisko sudcu, VSÚ: JUDr. Bianka Gelačíková ECLI: ECLI:SK:KSBA:2016:1316202616.2 Uznesenie Krajský súd v Bratislave, vo veci starostlivosti o maloleté dieťa: E. Š., R..: XX.XX.XXXX, umiestnená v Detskom domove N. R..V.., N. Č.. XX, D., zast. Úradom práce sociálnych vecí a rodiny so sídlom v Bratislave, Vazovova 7/A, dieťa rodičov: matky - Q. Š., R..: XX.XX.XXXX, D. Š. X, Q., O. na A.: Š.Á. XX, I. a neuvedeného otca, o návrhu manželov: 1/ S.. J. D., W.. W., R..: XX.XX.XXXX, X/ X.. T. D., R.. XX.XX.XXXX, V. D. K.. P. I. XXXX/X, D., na zverenie do predosvojiteľskej starostlivosti a nariadenie predbežného opatrenia, na odvolanie kolízneho opatrovníka proti uzneseniu Okresného súdu Bratislava III zo dňa 17.02.2016, č.k. 37P/40/2016-52, jednohlasne (pomerom hlasov 3:0) takto r o z h o d o l : Uznesenie súdu prvého stupňa sa p o t v r d z u j e. o d ô v o d n e n i e : Okresný súd Bratislava III uznesením zo dňa 17.02.2016, č.k. 37P/40/2016-52, ustanovil za kolízneho opatrovníka Úrad práce sociálnych vecí a rodiny so sídlom v Bratislave, Vazovova 7/A pre maloletú E. Š., R..: XX.XX.XXXX, v konaní o zverenie do predosvojiteľskej starostlivosti a nariadenie predbežného opatrenia. Rozhodnutie právne odôvodnil § 31 ods. 2 Zákona o rodine, a tým, že v danom prípade ide o taký právny úkon, pri ktorom maloleté dieťa nemôže byť zastúpené ani jedným z rodičov. Proti tomuto uzneseniu v zákonnej lehote podal odvolanie Úrad práce sociálnych vecí a rodiny v Bratislave, ktorý nesúhlasil s ustanovením za kolízneho opatrovníka pre maloletú z dôvodu svojej miestnej nepríslušnosti so zreteľom na registrovaný pobyt maloletej a jej matky v obci Q., ktorá spadá pod príslušný Úrad práce, sociálnych vecí a rodiny Pezinok. Nakoľko dieťa nežije v jeho služobnom obvode, mal za to, že si nemôže plniť svoju funkciu kolízneho opatrovníka. Odvolací súd preskúmal napadnuté rozhodnutie súdu prvého stupňa podľa § 212 ods. 2 písm. a/ O.s.p. a prejednal vec bez nariadenia odvolacieho pojednávania podľa § 214 ods. 2. O.s.p a dospel k záveru, že odvolanie kolízneho opatrovníka nie je dôvodné. Podľa § 31 ods. 2 Zákona o rodine, žiadny z rodičov nemôže zastupovať svoje maloleté dieťa, ak ide o právne úkony, pri ktorých by mohlo dôjsť k rozporu záujmov medzi rodičmi a maloletým dieťaťom alebo medzi maloletými deťmi zastúpenými tým istým rodičom navzájom; v takom prípade súd ustanoví maloletému dieťaťu opatrovníka, ktorý ho bude v konaní alebo pri určitom právnom úkone zastupovať (ďalej len „kolízny opatrovník“). V zmysle uvedeného v danej veci postupoval aj súd prvého stupňa, keď mal v prebiehajúcom konaní o zverenie maloletého dieťaťa do predosvojiteľskej starostlivosti a nariadenie predbežného opatrenia preukázanú potrebu ustanoviť Úrad práce, sociálnych vecí a rodiny v Bratislave za kolízneho opatrovníka. Odvolací súd sa s námietkou kolízneho opatrovníka, ktorou oponoval, že nie je miestne príslušný na konanie nestotožnil, vzhľadom na skutočnosť, že pobyt maloletej v obci Q., okres Pezinok je len pobytom administratívnym, ktorý neodzrkadľuje skutočné bydlisko maloletej, nakoľko maloletá bola umiestnená do osobnej starostlivosti manželom D., obaja bytom K.. P. I. XXXX/X, D.. Majúc na zreteli i skutočnosť, že naposledy vo veci rozhodoval Okresný súd Bratislava III a to rozsudkom zo dňa 09.11.2015, č.k. 38P/338/2015-24, kedy vyslovil osvojiteľnosť maloletej, ako i skutočnosť, že konanie vo veci je stále vedené na Okresnom súde Bratislava III, tak je vhodné, aby funkciu kolízneho opatrovníka vykonával kolízny opatrovník so sídlom v Bratislave. Z vyššie uvedených dôvodov odvolací súd rozhodnutie súdu prvého stupňa podľa § 219 O.s.p. potvrdil. Poučenie: Proti tomuto uzneseniu nie je odvolanie prípustné.</w:t>
      </w:r>
    </w:p>
    <w:p/>
    <w:p>
      <w:r>
        <w:t>Zdroj: KAUZIS.SK – https://www.kauzis.sk/judikatura/r/ECLI:SK:KSBA:2016:1316202616.2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