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6Co/167/2016 z 4. 10. 2016</w:t>
      </w:r>
    </w:p>
    <w:p>
      <w:r>
        <w:t>Uznesenie Krajského súdu Bratislava z 4. októbra 2016, sp. zn. 6Co/167/2016, ECLI:SK:KSBA:2016:1316203812.2</w:t>
      </w:r>
    </w:p>
    <w:p>
      <w:r>
        <w:t>Súd: Krajský súd Bratislava</w:t>
      </w:r>
    </w:p>
    <w:p>
      <w:r>
        <w:t>Spisová značka: 6Co/167/2016</w:t>
      </w:r>
    </w:p>
    <w:p>
      <w:r>
        <w:t>ECLI: ECLI:SK:KSBA:2016:1316203812.2</w:t>
      </w:r>
    </w:p>
    <w:p>
      <w:r>
        <w:t>Dátum vydania: 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6Co/167/2016 Identifikačné číslo súdneho spisu: 1316203812 Dátum vydania rozhodnutia: 05. 10. 2016 Meno a priezvisko sudcu, VSÚ: JUDr. Martin Murgaš ECLI: ECLI:SK:KSBA:2016:1316203812.2 Uznesenie Krajský súd v Bratislave v senáte zloženom z predsedu senátu JUDr. Martina Murgaša a sudcov JUDr. Branislava Krála a JUDr. Dariny Kuchtovej v právnej veci žalobkyne: V. G., Z.. XX.XX.XXXX, B. H. R.. Č.. XXXX/X, B., zast. advokátkou Mgr. et Mgr. Natáliou Buckovou, Školská ul. č. 852/16, Drahovce proti žalovanému: P. F., Z.. XX.XX.XXXX, B. P. R.. Č.. X, B., o nariadenie predbežného opatrenia, na odvolanie žalobkyne proti uzneseniu Okresného súdu Bratislava III z 29. marca 2016, č. k. 14C/52/2016- 23, pomerom hlasov 3:0, takto r o z h o d o l : Odvolací súd o p r a v u j e prvý odsek výroku uznesenia Krajského súdu v Bratislave z 31. mája 2016, č. k. 6Co/167/2016-50 tak, že správne označenie listu vlastníctva je LV č. XXXX. o d ô v o d n e n i e : 1. Odvolací súd uznesením z 31.05.2016, č. k. 6Co/167/2016-50 zmenil uznesenie súdu prvej inštancie z 29.03.2016, č. k. 14C/52/2016-23, ktorým bol zamietnutý návrh žalobkyne na nariadenie predbežného opatrenia tak, že nariadil predbežné opatrenie, ktorým uložil žalovanému zdržať sa: - akéhokoľvek nakladania s nehnuteľnosťami - parc. č. XXXX/XXX, druh pozemku zastavané plochy a nádvoria vo výmere XX F. T. Q. Q. Q.. Č.. XXXX umiestnenej na parcele č. XXXX/XXX - rodinný dom, zapísaných na LV pre kat. úz. J. Č.. XXXX a to tak, že nie je oprávnený k jej predaju, zámene, nájmu, darovaniu, zaťaženiu vecným bremenom, záložným právom, predkupným právom alebo akýmkoľvek iným právom v prospech tretích osôb; - akéhokoľvek nakladania s dodávkami služieb spojenými s užívaním vyššie uvedených nehnuteľností, najmä, nie však výlučne, dodávky elektrickej energie, vody, plynu, telefonického pripojenia, televízneho pripojenia a iných služieb spojených s užívaním vyššie uvedených nehnuteľností; - akéhokoľvek fyzického zásahu spočívajúceho či už v stavebnej úprave, búraní, zmene alebo inom zásahu do vyššie uvedených nehnuteľností; - odhláseniu žalobkyne a osôb, ktoré s ňou užívajú nehnuteľnosti z trvalého pobytu uvedeného na adrese nehnuteľností; - akéhokoľvek konania, ktorého následkom by bolo vysťahovanie žalobkyne a členov jej rodiny z nehnuteľností, do právoplatného skončenia veci samej. Žalobkyni súčasne uložil, aby v lehote 30 dní od doručenia uznesenia podala na príslušný súd žalobu vo veci samej - o určenie neplatnosti kúpnej zmluvy z 13.04.2015 v zmysle jej dodatku z 30.06.2015, resp. o určenie vlastníckeho práva k nehnuteľnostiam. Žalovanému uložil povinnosť nahradiť žalobkyni trovy konania o nariadenie predbežného opatrenia vo výške 256,74 eur k rukám právnej zástupkyne žalobkyne do troch dní. 2. Podľa § 224 C.s.p., súd kedykoľvek aj bez návrhu opraví v rozsudku chyby v písaní a počítaní, ako aj iné zrejmé nesprávnosti. O oprave súd vydá opravné uznesenie, ktoré doručí subjektom konania. Podľa § 234 ods. 2 C.s.p., ak nie je ďalej ustanovené inak, použijú sa na uznesenie primerane ustanovenia o rozsudku. 3. Vzhľadom na to, že pri vyhotovovaní uznesenia odvolacieho súdu z 31. mája 2016, č. k. 6Co/167/2016-50 došlo k chybe pri označení listu vlastníctva, na ktorom sú zapísané vyššie špecifikované nehnuteľnosti (namiesto LV č. XXXX bolo nesprávne uvedené LV č. XXXX), odvolací súd postupom podľa § 224 C.s.p. túto zrejmú nesprávnosť opravil.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- dovolací návrh (§ 428 CSP).</w:t>
      </w:r>
    </w:p>
    <w:p/>
    <w:p>
      <w:r>
        <w:t>Zdroj: KAUZIS.SK – https://www.kauzis.sk/judikatura/r/ECLI:SK:KSBA:2016:1316203812.2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