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1Cob/250/2016 z 27. 11. 2016</w:t>
      </w:r>
    </w:p>
    <w:p>
      <w:r>
        <w:t>Uznesenie Krajského súdu Bratislava z 27. novembra 2016, sp. zn. 1Cob/250/2016, ECLI:SK:KSBA:2016:1316212706.1</w:t>
      </w:r>
    </w:p>
    <w:p>
      <w:r>
        <w:t>Súd: Krajský súd Bratislava</w:t>
      </w:r>
    </w:p>
    <w:p>
      <w:r>
        <w:t>Spisová značka: 1Cob/250/2016</w:t>
      </w:r>
    </w:p>
    <w:p>
      <w:r>
        <w:t>ECLI: ECLI:SK:KSBA:2016:1316212706.1</w:t>
      </w:r>
    </w:p>
    <w:p>
      <w:r>
        <w:t>Dátum vydania: 27.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1Cob/250/2016 Identifikačné číslo súdneho spisu: 1316212706 Dátum vydania rozhodnutia: 28. 11. 2016 Meno a priezvisko sudcu, VSÚ: JUDr. Soňa Pekarčíková ECLI: ECLI:SK:KSBA:2016:1316212706.1 Uznesenie Krajský súd v Bratislave v senáte zloženom z predsedníčky senátu Mgr. Soni Pekarčíkovej a členiek senátu JUDr. Andrey Sedlačkovej a JUDr. Miroslavy Janečkovej právnej veci žalobcu: VIEMA spol. s r.o., Mlynské Nivy 56, 821 05 Bratislava, IČO: 17 327 199, zast.: IKRÉNYI &amp; REHÁK, s.r.o., Šoltésovej 2, 811 08 Bratislava, IČO: 36 854 808 proti žalovanému: AZIM, s.r.o., E.B. Lukáča 2, 036 01 Martin, IČO: 36 381 217, o určenie neplatnosti právneho úkonu, o návrhu na nariadenie neodkladného opatrenia a o späťvzatí návrhu na nariadenie neodkladného opatrenia takto r o z h o d o l : Krajský súd späťvzatie návrhu na nariadenie neodkladného opatrenia pripúšťa, uznesenie Okresného súdu Bratislava III zo dňa 23.8.2016, č.k. 26Cb 257/2016-66 zrušuje a konanie o návrhu na nariadenie neodkladného opatrenia z a s t a v u j e . o d ô v o d n e n i e : 1. Súd prvej inštancie uznesením zo dňa 23.8.2016, č.k. 26Cb 257/2016-66 zamietol návrh žalobcu na nariadenie zabezpečovacieho opatrenia, alternatívne neodkladného opatrenia. 2. Proti tomuto uzneseniu podal žalobca v zákonnej lehote odvolanie. Písomným podaním zo dňa 7.10.2016 zobral žalobca žalobu, ako aj návrh na nariadenie zabezpečovacieho/neodkladného opatrenia späť a žiadal, aby súd konanie zastavil a žiadnemu z účastníkov nepriznal náhradu trov konania. 3. Podľa § 370 ods. 1, 2 CSP ak je žaloba vzatá späť po rozhodnutí súdu prvej inštancie, ale skôr, ako rozhodnutie nadobudlo právoplatnosť, odvolací súd rozhodne o pripustení späťvzatia. Súd späťvzatie nepripustí, ak s tým protistrana z vážnych dôvodov nesúhlasí. Ak späťzatie žaloby pripustí, odvolací súd zruší rozhodnutie súdu prvej inštancie a konanie zastaví. 4. Odvolací súd konštatuje, že k späťvzatiu návrhu na nariadenie zabezpečovacieho/neodkladného opatrenia žalobcom došlo pred rozhodnutím odvolacieho súdu o podanom odvolaní. Vzhľadom na tento dispozičný úkon žalobcu odvolací súd pripustil späťvzatie návrhu na nariadenie zabezpečovacieho/ neodkladného opatrenia, napadnuté uznesenie súdu prvého stupňa zrušil a konanie o návrhu na nariadenie zabezpečovacieho/neodkladného opatrenia zastavil. 5.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https://www.kauzis.sk/judikatura/r/ECLI:SK:KSBA:2016:1316212706.1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