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21CoE/301/2015 z 1. 2. 2016</w:t>
      </w:r>
    </w:p>
    <w:p>
      <w:r>
        <w:t>Uznesenie Krajského súdu Bratislava z 1. februára 2016, sp. zn. 21CoE/301/2015, ECLI:SK:KSBA:2016:1409206806.1</w:t>
      </w:r>
    </w:p>
    <w:p>
      <w:r>
        <w:t>Súd: Krajský súd Bratislava</w:t>
      </w:r>
    </w:p>
    <w:p>
      <w:r>
        <w:t>Spisová značka: 21CoE/301/2015</w:t>
      </w:r>
    </w:p>
    <w:p>
      <w:r>
        <w:t>ECLI: ECLI:SK:KSBA:2016:1409206806.1</w:t>
      </w:r>
    </w:p>
    <w:p>
      <w:r>
        <w:t>Dátum vydania: 1.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21CoE/301/2015 Identifikačné číslo súdneho spisu: 1409206806 Dátum vydania rozhodnutia: 02. 02. 2016 Meno a priezvisko sudcu, VSÚ: JUDr. Eugen Palášthy ECLI: ECLI:SK:KSBA:2016:1409206806.1 Uznesenie Krajský súd v Bratislave, v exekučnej veci oprávneného v I. rade: Š. Q. a v II. rade: X. Q., obaja bytom U. XXXXX, XXX XX F., proti povinnému: X. V., V. E. X, XXX XX F., pre vymoženie istiny vo výške 39.832,70 Eur s príslušenstvom a trov exekúcie vedenej súdnym exekútorom JUDr. Adrianou Steinerovou, Exekútorský úrad Trenčín, so sídlom Jilemnického č. 2, 911 01 Trenčín, o odvolaní oprávnených proti uzneseniu Okresného súdu Bratislava IV, č.k. 16Er/1437/2009-41 zo dňa 21.01.2015 r o z h o d o l : Odvolací súd v y z ý v a oprávnených v I. a II. rade, aby v lehote 10 dní od doručenia tohto uznesenia predložili odvolaciemu súdu originál, alebo úradne overenú fotokópiu plnej moci pre právneho zástupcu, na zastupovanie v predmetnom exekučnom konaní. o d ô v o d n e n i e : Súd prvého stupňa napadnutým uznesením zastavil exekúciu vedenú súdnym exekútorom JUDr. Adrianou Steinerovou pod sp. zn. EX 449/09 a zaviazal oprávnených spoločne a nerozdielne zaplatiť súdnemu exekútorovi trovy exekúcie vo výške 48,84 Eur. Proti uzneseniu podali dňa 14.07.2015 na poštovú prepravu odvolanie oprávnení v I. a v II. rade prostredníctvom advokáta JUDr. Dušana Kolesára, so sídlom Laurinská 12, 811 01 Bratislava. V spise exekučného súdu, ani k odvolaniu však nie je priložená plná moc, oprávňujúca právneho zástupcu JUDr. Kolesára na zastupovanie oprávnených v predmetnom exekučnom konaní a na podanie odvolania. V dôsledku nedostatku plnej moci, podanému odvolaniu absentuje podpis odvolateľov Podľa § 25 ods. 1 O.s.p., ako zástupcu si účastník môže vždy zvoliť advokáta. Plnomocenstvo udelené advokátovi nemožno obmedziť. Podľa § 209 ods. 1 O.s.p. súd prvého stupňa uznesením vyzve toho, kto podal odvolanie neobsahujúce náležitosti podľa § 205 ods. 1 a 2 O.s.p., aby chýbajúce náležitosti doplnil a poučí ho o následkoch neodstránenia vád odvolania podľa § 218 ods. 1 písm. d/ O.s.p. Ak sa aj napriek výzve súdu odvolanie nedoplní, alebo ak ide o oneskorené odvolanie, alebo podané tým, kto naň nie je oprávnený, predloží súd prvého stupňa odvolanie na rozhodnutie odvolaciemu súdu. Podľa § 211 ods. 1 O.s.p., ak súd prvého stupňa nesprávne postupoval podľa § 209 ods. 1 O.s.p., odvolací súd sám vyzve toho, kto podal odvolanie, aby doplnil chýbajúce náležitosti a poučí ho o následkoch neodstránenia vád odvolania podľa § 218 ods. 1 písm. d/ O.s.p.. Vo veciach podľa § 120 ods. 2 O.s.p. odvolací súd odstraňuje vady odvolania tým, že sa obmedzí len na zistenie rozsahu, v akom sa rozhodnutie napáda. Odvolací súd sám odstráni vady pri doručovaní odvolania a výzvy podľa § 209a ods. 1 O.s.p. tak, že sám vykoná doručovanie. Odvolací súd rozhodne aj o návrhoch podľa § 138 ods. 1 O.s.p. vrátane tých, o ktorých nerozhodol súd prvého stupňa. Podľa § 42 ods. 3 O.s.p., pokiaľ zákon pre podanie určitého druhu nevyžaduje ďalšie náležitosti, musí byť z podania zjavné, ktorému súdu je určené, kto ho robí, ktorej veci sa týka a čo sleduje a musí byť podpísané a datované. Podanie treba predložiť s potrebným počtom rovnopisov a s prílohami tak, aby jeden rovnopis zostal na súde a aby každý účastník dostal jeden rovnopis, ak je to potrebné. Ak účastník nepredloží potrebný počet rovnopisov a príloh, súd vyhotoví kópie na jeho trovy. Podľa § 218 ods. 1 O.s.p., odvolací súd odmietne odvolanie, ktoré b/ bolo podané niekým, kto na odvolanie nie je oprávnený; d/ nemá náležitosti podľa § 205 ods. 1 a 2 O.s.p.; ak boli dodržané podmienky podľa § 209 ods. 1 a § 211 ods. 1 O.s.p. Toto rozhodnutie prijal senát Krajského súdu v Bratislave pomerom hlasov 3:0. Poučenie: Proti tomuto uzneseniu odvolanie nie je prípustné .</w:t>
      </w:r>
    </w:p>
    <w:p/>
    <w:p>
      <w:r>
        <w:t>Zdroj: KAUZIS.SK – https://www.kauzis.sk/judikatura/r/ECLI:SK:KSBA:2016:1409206806.1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