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4Co/377/2016 z 29. 9. 2016</w:t>
      </w:r>
    </w:p>
    <w:p>
      <w:r>
        <w:t>Uznesenie Krajského súdu Bratislava z 29. septembra 2016, sp. zn. 4Co/377/2016, ECLI:SK:KSBA:2016:1409207478.3</w:t>
      </w:r>
    </w:p>
    <w:p>
      <w:r>
        <w:t>Súd: Krajský súd Bratislava</w:t>
      </w:r>
    </w:p>
    <w:p>
      <w:r>
        <w:t>Spisová značka: 4Co/377/2016</w:t>
      </w:r>
    </w:p>
    <w:p>
      <w:r>
        <w:t>ECLI: ECLI:SK:KSBA:2016:1409207478.3</w:t>
      </w:r>
    </w:p>
    <w:p>
      <w:r>
        <w:t>Dátum vydania: 29.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4Co/377/2016 Identifikačné číslo súdneho spisu: 1409207478 Dátum vydania rozhodnutia: 30. 09. 2016 Meno a priezvisko sudcu, VSÚ: JUDr. Valéria Kleinová ECLI: ECLI:SK:KSBA:2016:1409207478.3 Uznesenie Krajský súd v Bratislave v senáte zloženom z predsedníčky senátu JUDr. Valérie Kleinovej a členov senátu JUDr. Michaely Frimmelovej a Mgr. Ingrid Degmovej Pospíšilovej v právnej veci žalobcu: Slovenská kancelária poisťovateľov, Trnavská cesta 82, Bratislava, IČO: 36 613 843, zast. TOMÁŠ KUŠNÍR, s.r.o., advokátska kancelária, Pajštúnska 5, Bratislava, proti žalovanej: B. E. rod. P., nar. XX.XX.XXXX, bytom Q. X, C., o zaplatenie 861,91 eur s príslušenstvom, na odvolanie žalovanej proti rozsudku Okresného súdu Bratislava IV zo dňa 6. júla 2011, č.k. 23C 221/2010-113, takto r o z h o d o l : Odvolací súd odvolanie žalovanej o d m i e t a . Žalobcovi p r i z n á v a nárok na náhradu trov odvolacieho konania v plnom rozsahu. o d ô v o d n e n i e : 1. Napadnutým rozsudkom súd prvej inštancie uložil žalovanej povinnosť zaplatiť žalobcovi istinu 861,92 eur spolu s 8,5 % úrokom z omeškania ročne od 19.04.2008 do zaplatenia, ako i náhradu trov konania vo výške 51,50 eur a náhradu trov právneho zastúpenia vo výške 278,64, všetko do troch dní od právoplatnosti rozsudku. 2. Proti tomuto rozsudku súdu prvej inštancie podala žalovaná odvolanie, a žiadala napadnutý rozsudok súdu prvej inštancie zrušiť a vec vrátiť na ďalšie konanie a nové rozhodnutie, argumentujúc procesnými vadami, spočívajúcimi v tom, že o konaní nemala vedomosť, a že rozsudok jej nebol doručený. Žalobca odvolanie nepodal. 3. Odvolací súd prejednal vec bez nariadenia pojednávania, a dospel k záveru, že odvolanie žalovanej je potrebné odmietnuť. 4. Podľa ust. § 470 ods. 1 a 2 C.s.p.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Podľa ust. § 386 písm. a) C.s.p. odvolací súd odmietne odvolanie, ak bolo podané oneskorene. 5. V zmysle prechodného ustanovenia § 470 C.s.p., podľa ktorého právne účinky úkonov, ktoré v konaní nastali predo dňom nadobudnutia účinnosti tohto zákona, zostávajú zachované, a s prihliadnutím na skutočnosť, že napadnutý rozsudok súdu prvej inštancie, jeho poučenie o odvolaní, ako i odvolanie žalovanej spadajú pod režim procesných ustanovení Občianskeho súdneho poriadku účinného do 30.06.2016, posudzoval odvolací súd včasnosť odvolania žalovanej podľa v tom čase účinných ustanovení Občianskeho súdneho poriadku. Odvolanie sa podáva do 15 dní od doručenia rozhodnutia na súde, proti rozhodnutiu ktorého smeruje (ust. § 204 ods. 1 prvá veta O.s.p.). Do plynutia lehoty sa nezapočítava deň, keď došlo k skutočnosti určujúcej začiatok lehoty (ust. § 57 ods. 1 O.s.p.), pričom ak koniec lehoty pripadne na sobotu, nedeľu alebo sviatok, je posledným dňom lehoty najbližší nasledujúci pracovný deň (ust. § 57 ods. 2 veta druhá O.s.p.). Lehota je zachovaná, ak sa posledný deň lehoty urobí úkon na súde, alebo podanie odovzdá orgánu, ktorý ho má povinnosť doručiť (ust. § 57 ods. 3 O.s.p.). 6. Z predloženého spisu odvolací súd zistil, že súd prvej inštancie po tom, čo sa mu v konaní nepodarilo zistiť pobyt žalovanej, a tento zostal neznámy, ustanovil žalovanej podľa ust. § 29 ods. 2 O.s.p. uznesením č.k. 23C 221/2010-53 zo dňa 07.04.2011 opatrovníčku, s ktorou pokračoval v konaní, a ktorej doručil dňa 16.08.2011 rozsudok, pričom tento následne nadobudol dňa 01.09.2011 právoplatnosť. Žalovaná doručila dňa 14.05.2012 súdu prvej inštancie odvolanie proti rozsudku a návrh na odpustenie zmeškania lehoty na podanie odvolania. Súd prvej inštancie uznesením č.k. 23C 221/2010-129 zo dňa 08.01.2016 návrh žalovanej na odpustenie zmeškania lehoty na podanie odvolania zamietol, a na odvolanie žalovanej Krajský súd v Bratislave uznesením č.k. 4Co 172/2016-141 zo dňa 30.06.2016 napadnuté uznesenie súdu prvej inštancie potvrdil. Uznesenie súdu prvej inštancie č.k. 23C 221/2010-129 zo dňa 08.01.2016 nadobudlo v spojení s vyššie uvedeným uznesením odvolacieho súdu právoplatnosť dňa 08.09.2016. V prejednávanej veci bol napadnutý rozsudok súdu prvej inštancie doručený opatrovníčke žalovanej dňa 16.08.2011. Zákonom stanovená 15-dňová lehota na podanie odvolania začala plynúť nasledujúcim dňom, t.j. dňom 17.08.2011 (ust. § 57 ods. 1 O.s.p.), a posledným dňom na podanie odvolania bol deň 31. august 2011 (streda). Žalovaná podala odvolanie na poštovú prepravu až dňa 10. mája 2012, z čoho je zrejmé, že odvolanie podala po uplynutí odvolacej lehoty, t.j. oneskorene. Tieto skutočnosti odvolací súd zistil z odtlačku pečiatky pošty na obálke, obsahujúcej originál jej odvolania, doručený súdu prvej inštancie dňa 14.05.2012. 7. Odvolací súd preto odvolanie žalovanej podľa ust. § 386 písm. a) C.s.p. ako oneskorene podané odmietol. 8. O nároku na náhradu trov odvolacieho konania rozhodol podľa ust. § 256 ods. 1 v spojení s § 262 ods. 1 a § 396 ods. 1 C.s.p. po vyhodnotení, že žalovaná tým, že podala odvolanie oneskorene, procesne zavinila jeho odmietnutie, teda analogicky zastavenie odvolacieho konania. Žalobca má preto nárok na náhradu trov odvolacieho konania v plnom rozsahu. Toto rozhodnutie bolo prijaté senátom Krajského súdu v Bratislave pomerom hlasov 3:0. Poučenie: Toto uznesenie nemožno napadnúť odvolaním.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https://www.kauzis.sk/judikatura/r/ECLI:SK:KSBA:2016:1409207478.3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