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22CoE/233/2015 z 28. 6. 2016</w:t>
      </w:r>
    </w:p>
    <w:p>
      <w:r>
        <w:t>Uznesenie Krajského súdu Bratislava z 28. júna 2016, sp. zn. 22CoE/233/2015, ECLI:SK:KSBA:2016:1409212582.1</w:t>
      </w:r>
    </w:p>
    <w:p>
      <w:r>
        <w:t>Súd: Krajský súd Bratislava</w:t>
      </w:r>
    </w:p>
    <w:p>
      <w:r>
        <w:t>Spisová značka: 22CoE/233/2015</w:t>
      </w:r>
    </w:p>
    <w:p>
      <w:r>
        <w:t>ECLI: ECLI:SK:KSBA:2016:1409212582.1</w:t>
      </w:r>
    </w:p>
    <w:p>
      <w:r>
        <w:t>Dátum vydania: 28. 6. 2016</w:t>
      </w:r>
    </w:p>
    <w:p>
      <w:r>
        <w:t>Forma: Uznesenie</w:t>
      </w:r>
    </w:p>
    <w:p>
      <w:r>
        <w:t>Oblasť práva: Občianske právo</w:t>
      </w:r>
    </w:p>
    <w:p>
      <w:pPr>
        <w:pStyle w:val="Heading2"/>
      </w:pPr>
      <w:r>
        <w:t>Text rozhodnutia</w:t>
      </w:r>
    </w:p>
    <w:p>
      <w:r>
        <w:t>Súd: Krajský súd Bratislava Spisová značka: 22CoE/233/2015 Identifikačné číslo súdneho spisu: 1409212582 Dátum vydania rozhodnutia: 29. 06. 2016 Meno a priezvisko sudcu, VSÚ: JUDr. Jarmila Glončáková ECLI: ECLI:SK:KSBA:2016:1409212582.1 Uznesenie Krajský súd v Bratislave v exekučnej veci oprávneného F. D., G.E. XX XXX XXX, U. X. X, W., proti povinnému G.. Y.. L. I., O. XX, W., pre pohľadávku vo výške 243,33 Eur istiny s príslušenstvom, trovy konania vo veci samej a trovy exekúcie, vedenej súdnym exekútorom Mgr. Nina Mištíková so sídlom exekútorského úradu v Bratislave, Záhradnícka 62, o odvolaní povinného proti uzneseniu Okresného súdu Bratislava IV. v Bratislave č.k. 16Er/2791/2009-18 zo dňa 07.12.2012, takto r o z h o d o l : Krajský súd v Bratislave odvolanie povinného proti uzneseniu Okresného súdu Bratislava IV. v Bratislave č.k. 16Er/2791/2009-18 zo dňa 07.12.2012 odmieta. o d ô v o d n e n i e : Okresný súd Bratislava IV. v Bratislave uznesením č.k. 16Er/2791/2009-18 zo dňa 07.12.2012 uložil povinnému G.. Y.. L. I. poriadkovú pokutu vo výške 100,00 Eur. V odôvodnení napadnutého rozhodnutia súd prvého stupňa uviedol, že dňa 04.10.2012 mu bol doručený návrh súdneho exekútora na udelenie pokuty povinnému z dôvodu, že povinnému bola dňa 31.12.2009 a opätovne dňa 30.04.2010 doručená výzva súdneho exekútora podať vyhlásenie o majetku, avšak povinný ani na jednu z týchto výziev neodpovedal. Súd prvého stupňa poukázal na ust. § 53 ods. 1 zákona č. 99/1963 Zb. Občiansky súdny poriadok (ďalej len O.s.p.) a ust. § 54 ods. 1 zákona č. 233/1995 Z.z. o súdnych exekútoroch a exekučnej činnosti v znení neskorších právnych predpisov (ďalej len EP) a konštatoval, že na základe uvedených skutočností uložil povinnému poriadkovú pokutu v sume 100,00 Eur. V zákonnej lehote podal odvolanie povinný s tým, že nakoľko je jeho právny zástupca na dovolenke, bližšie dôvody odvolania podá osobitným podaním. Krajský súd v Bratislave, ako odvolací súd podľa § 10 ods. 1 O.s.p., preskúmal napadnuté uznesenie podľa ust. § 212 ods. 1 O.s.p., bez nariadenia pojednávania v zmysle ust. § 214 ods. 2 O.s.p. a dospel k záveru, že odvolanie povinného je potrebné odmietnuť. Odvolací súd z obsahu spisového materiálu zistil, že napadnutým rozhodnutím bola povinnému - G.. Y.. L. I. uložená poriadková pokuta v sume 100,00 Eur na základe návrhu súdneho exekútora zo dňa 01.10.2012, nakoľko povinný žiadnym spôsobom nereagoval na výzvy súdneho exekútora (povinnému doručené dňa 31.12.2009 a dňa 30.04.2010), na základe ktorých mal podať vyhlásenie o majetku. Voči tomuto uzneseniu podal povinný odvolanie. Nakoľko odvolanie povinného nespĺňalo všetky náležitosti odvolania, súd prvého stupňa uznesením č.k. 16Er/2791/2009-48 zo dňa 30.04.2015 vyzval povinného podľa ust. § 205 ods. 1, 2 a ust. § 209 ods. 1 O.s.p. na odstránenie nedostatkov odvolania v stanovenej lehote 10 dní od doručenia uznesenia a zároveň ho poučil o následkoch neodstránenia vád odvolania podľa § 218 ods. 1 písm. d). Podľa ust. § 205 ods. 1 O.s.p., v odvolaní sa má popri všeobecných náležitostiach (§ 42 ods. 3 O.s.p.) uviesť, proti ktorému rozhodnutiu smeruje, v akom rozsahu sa napáda, v čom sa toto rozhodnutie alebo postup súdu považuje za nesprávny a čoho sa odvolateľ domáha. Podľa ust.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ust.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218 ods. 1 písm. d) O.s.p., odvolací súd odmietne odvolanie, ktoré nemá náležitosti podľa § 205 ods. 1 a 2. Vzhľadom k tomu, že povinný na výzvu súdu prvého stupňa zo dňa 30.05.2015, ktorá mu bola doručená dňa 18.05.2015, žiadnym spôsobom nereagoval a svoje odvolanie zo dňa 02.12.2012 v stanovenej lehote nedoplnil, odvolací súd podľa ust. § 218 ods. 1 písm. d/ O.s.p., odvolanie povinného odmietol. Uznesenie bolo členmi senátu prijaté pomerom hlasov 3:0 (§ 3 ods. 9 tretia veta zák. č. 757/2004 Z. z. v znení neskorších predpisov). Poučenie: Proti tomuto uzneseniu odvolanie nie je prípustné.</w:t>
      </w:r>
    </w:p>
    <w:p/>
    <w:p>
      <w:r>
        <w:t>Zdroj: KAUZIS.SK – https://www.kauzis.sk/judikatura/r/ECLI:SK:KSBA:2016:1409212582.1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