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7Co/379/2015 z 9. 2. 2016</w:t>
      </w:r>
    </w:p>
    <w:p>
      <w:r>
        <w:t>Rozsudok Krajského súdu Bratislava z 9. februára 2016, sp. zn. 7Co/379/2015, ECLI:SK:KSBA:2016:1412213879.2</w:t>
      </w:r>
    </w:p>
    <w:p>
      <w:r>
        <w:t>Súd: Krajský súd Bratislava</w:t>
      </w:r>
    </w:p>
    <w:p>
      <w:r>
        <w:t>Spisová značka: 7Co/379/2015</w:t>
      </w:r>
    </w:p>
    <w:p>
      <w:r>
        <w:t>ECLI: ECLI:SK:KSBA:2016:1412213879.2</w:t>
      </w:r>
    </w:p>
    <w:p>
      <w:r>
        <w:t>Dátum vydania: 9. 2. 2016</w:t>
      </w:r>
    </w:p>
    <w:p>
      <w:r>
        <w:t>Forma: Rozsudok</w:t>
      </w:r>
    </w:p>
    <w:p>
      <w:r>
        <w:t>Oblasť práva: Občianske právo</w:t>
      </w:r>
    </w:p>
    <w:p>
      <w:pPr>
        <w:pStyle w:val="Heading2"/>
      </w:pPr>
      <w:r>
        <w:t>Text rozhodnutia</w:t>
      </w:r>
    </w:p>
    <w:p>
      <w:r>
        <w:t>Súd: Krajský súd Bratislava Spisová značka: 7Co/379/2015 Identifikačné číslo súdneho spisu: 1412213879 Dátum vydania rozhodnutia: 10. 02. 2016 Meno a priezvisko sudcu, VSÚ: JUDr. Blanka Podmajerská ECLI: ECLI:SK:KSBA:2016:1412213879.2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IV zo dňa 15.12.2014, č.k. 40C 61/2012-151 a uzneseniu Okresného súdu Bratislava IV zo dňa 16.3.2015, č.k. 40C 61/2012-179, jednohlasne (pomerom hlasov 3:0) takto r o z h o d o l : Rozsudok Okresného súdu Bratislava IV zo dňa 15. 12.2014, č.k. 40C 61/2012-151 sa v napadnutej časti potvrdzuje. Uznesenie Okresného súdu Bratislava IV zo dňa 16.3.2015, č.k. 40C 61/2012-179 sa potvrdzuje. Odporcovi sa nepriznáva náhrada trov odvolacieho konania. o d ô v o d n e n i e : Napadnutým rozsudkom zo dňa 15. 12.2014, č.k. 40C 61/2012-151 súd prvého stupňa: - zastavil konanie o návrhu navrhovateľa na prerušenie konania do právoplatného rozhodnutia Ústavného súdu Slovenskej republiky o ústavnej sťažnosti navrhovateľa vo veci namietaného porušenia práva na zákonného sudcu a práva na nestranný súd, - zamietol návrh navrhovateľa na uloženie povinnosti odporcovi zaplatiť mu sumu 3 237,23 Eur titulom majetkovej škody a sumu 647,45 Eur titulom nemajetkovej ujmy uplatnenú podľa ust. zák.č. 514/2003 Z.z., - odporcovi nepriznal náhradu trov konania. Výrok o zastavení konania odôvodnil tým, že o námietke zaujatosti Krajský súd v Bratislave už právoplatne rozhodol a rovnako už bolo právoplatne rozhodnuté aj o identickom návrhu navrhovateľa na prerušenie konania do právoplatného rozhodnutia Ústavného súdu Slovenskej republiky o ústavnej sťažnosti navrhovateľa vo veci namietaného porušenia práva na zákonného sudcu a práva na nestranný súd podaného z rovnakého dôvodu (uznesením Okresného súdu Bratislava IV zo dňa 5.8.2014, č.k. 40C 61/2012-67 v spojení s uznesením Krajského súdu v Bratislave zo dňa 8.10.2014, č.k. 4Co 664/2014 tak, že uvedený návrh na prerušenie konania bol zamietnutý. Vzhľadom na to, že v konaní nedošlo k žiadnej relevantnej zmene oproti predchádzajúcemu stavu, konanie o identickom návrhu navrhovateľa na prerušenie konania s poukazom na ustanovenie § 104 ods. 1 v spojení s § 159 ods. 3 a § 167 ods. 2 zákona č. 99/1963 Zb. Občiansky súdny poriadok (ďalej len „O.s.p.“) za použitia analógie pre prekážku veci právoplatne rozhodnutej zastavil (viď uznesenie Najvyššieho súdu Českej republiky zo dňa 17.7.2013, sp. zn. 29 Cdo 1301/2013 uverejnené v Zbierke súdnych rozhodnutí a stanovísk Najvyššieho súdu Českej republiky č. 10/2013 pod č. 99). Zamietajúce rozhodnutie vo veci samej právne odôvodnil § 3 ods.1 písm. a) a d), § 4 ods.1 písm. a) bod 1, § 5 ods. 1, § 6 ods. 1, § 9 ods.1,2, § 15 ods. 1, § 16 ods. 1, § 17 ods.1,2,3 zák.č. 514/2003 Z.z. o zodpovednosti za náhradu škody spôsobenej pri výkone verejnej moci, § 44 ods. 2, zák.č. 233/1995 Z.z. o súdnych exekútoroch a exekučnej činnosti (Exekučný poriadok) a o zmene a doplnení ďalších zákonov v platnom znení, keď z vykonaného dokazovania zistil, že v exekučnej veci oprávneného (navrhovateľa) proti povinnému Viole Stojkovej pre vymoženie peňažnej pohľadávky vzniknutej neplnením záväzku povinného vyplývajúceho zo zmluvy o úvere doručil dňa 12.8.2010 súdny exekútor exekučnému súdu žiadosť o udelenie poverenia na vykonanie exekúcie. Exekučný súd výzvou zo dňa 23.8.2010 požiadal rozhodcovský súd o predloženie kompletného spisového materiálu, pričom rozhodcovský súd uvedený materiál doručil súdu dňa 20.9.2010. Následne uznesením zo dňa 21.10.2010, č.k. 16Er 2406/2010-15 exekučný súd žiadosť súdneho exekútora o udelenie poverenia na vykonanie exekúcie zamietol. Krajský súd v Bratislave ako odvolací súd uznesením zo dňa 8.3.2012, č.k. 20CoE 107/2011-45 odvolacie konanie o odvolaní oprávneného proti uvedenému uzneseniu exekučného súdu zastavil pre späťvzatie odvolania oprávneným. Súd prvého stupňa dospel k záveru, že v prejednávanej veci nebol splnený už prvý predpoklad zodpovednosti štátu za škodu v podobe nesprávneho úradného postupu, nakoľko 15-dňová lehota na udelenie poverenia ustanovená v § 44 ods. 2 zákona č. 233/1995 Z.z. sa vzťahuje iba na prípady, ak exekučný súd nezistí rozpor žiadosti o udelenie poverenia so zákonom a poverenie na vykonanie exekúcie súdnemu exekútorovi udelí, nie však na prípady, ak súd zistí rozpor žiadosti o udelenie poverenia na vykonanie exekúcie alebo návrhu na vykonanie exekúcie so zákonom a žiadosť súdneho exekútora zamietne. V prípade negatívneho rozhodnutia exekučného súdu teda zákon lehotu nestanovuje, čo je aj prípad posudzovanej veci, v ktorej súd zistil rozpor exekučného titulu so zákonom a v dôsledku čoho žiadosť súdneho exekútora o udelenie poverenia na vykonanie exekúcie zamietol. K navrhovateľom namietaným prieťahom v konaní uviedol, že takýto postup súdu preukázaný v konaní nebol . Vzhľadom na to, že na daný prípad nemožno aplikovať ust. § 9 ods. 2 zákona č. 514/2003 Z.z., ktorý nadobudol účinnosť dňa 1.1.2013, teda po vzniku zodpovednostného vzťahu medzi účastníkmi konania, dospel k záveru, že v posudzovanej veci môže (samostatne) posúdiť, či došlo k nesprávnemu úradnému postupu spočívajúceho v prieťahoch v konaní (rovnako či došlo k nesprávnemu úradnému postupu spočívajúceho v nedodržaní zákonom stanovenej lehoty). Prihliadol na okolnosti danej veci, a to predovšetkým charakter exekučnej veci, kde exekučným titulom bol rozhodcovský rozsudok v spotrebiteľskej veci, kedy je exekučný súd povinný ex offo preskúmať materiálnu správnosť rozhodcovského rozsudku, nekalú povahu rozhodcovskej doložky ako aj skutočnosť, či rozhodcovské konanie prebehlo na základe uzavretej rozhodcovskej zmluvy. Rovnako bol exekučný súd povinný skúmať súlad exekučného titulu s ustanoveniami vnútroštátneho a európskeho práva (čo exekučný súd aj urobil), pričom išlo (aj vzhľadom na rozsiahlosť právnej úpravy a jej európsky aspekt) o pomerne náročný proces aplikácie práva, ktorý vyžadoval určitý časový priestor, čo malo nepochybne vplyv na posúdenie dĺžky konania ako primeranej a prieťahov v konaní ako zbytočných. Exekučný súd si za týmto účelom vyžiadal od rozhodcovského súdu spisový materiál, čo tiež prispelo k celkovému predĺženiu exekučného konania. Prvostupňový súd zároveň prihliadol na rozsiahly počet exekučných konaní iniciovaných totožným navrhovateľom v postavení oprávneného subjektu (čo je skutočnosť všeobecne známa), majúcich zásadný vplyv na posúdenie celkovej dĺžky konania z pohľadu namietaných prieťahov. Poukazujúc na nález Ústavného súdu SR zo dňa 10.7.2013, sp. zn. II. ÚS 520/2012, v ktorom ústavný súd posudzoval sťažnosť rovnakého navrhovateľa na prieťahy v exekučnom konaní (v inej veci), pričom ani konanie trvajúce pred exekučným súdom 24 mesiacov nebolo považované za prieťahy v konaní, dospel k záveru, že v danom prípade nedošlo k prieťahom v konaní. V súvislosti s namietaným postupom exekučného súdu, ktorý predchádzal vydaniu rozhodnutia o zamietnutí žiadosti súdneho exekútora o udelenie poverenia na vykonanie exekúcie, súd prvého stupňa vyvodil, že nejde o nesprávny úradný postup, keďže tento postup sa bezprostredne prejavil v obsahu vydaného rozhodnutia v podobe zamietnutia žiadosti súdneho exekútora o udelenie poverenia na vykonanie exekúcie. V rámci komplexného posúdenia veci sa preto súd prvého stupňa zaoberal aj nárokom navrhovateľa aj z toho hľadiska, či jeho opodstatnenosť neodôvodňuje existencia nezákonného rozhodnutia v zmysle § 5 ods. 1 zákona č. 514/2003 Z.z. Vzhľadom k tomu, že rozhodnutie exekučného súdu nebolo príslušným orgánom pre nezákonnosť zrušené ani zmenené, nebola splnená podmienka na uplatnenie práva na náhradu škody spôsobenej nezákonným rozhodnutím podľa § 6 ods. 1 zákona č. 514/2003 Z.z.. Na základe uvedeného súd prvého stupňa uzavrel, že vecný základ nároku navrhovateľa v prípadoch nesprávneho úradného postupu a nezákonného rozhodnutia nebol daný; rovnako dva ďalšie predpoklady pre vznik zodpovednosti štátu za škodu (vznik škody a príčinná súvislosť medzi nesprávnym úradným postupom a škodou) splnené neboli. Navrhovateľ totiž v konaní nepreukázal vznik škody, jej výšku a ani príčinnú súvislosť medzi nesprávnym úradným postupom exekučného súdu a tvrdenou škodou. V konaní tak neuniesol dôkazné bremeno, ktoré ho ako navrhovateľa (vychádzajúc z prejednávacej zásady ovládajúcej sporové konanie) zaťažovalo. K uplatnenej náhrade nemajetkovej ujmy v peniazoch navyše uviedol, že uvedené právo vzniká iba v prípade, ak samotné konštatovanie porušenia práva nie je dostatočným zadosťučinením vzhľadom na ujmu spôsobenú nezákonným rozhodnutím alebo nesprávnym úradným postupom, a ak nie je možné túto ujmu uspokojiť inak. Aj tu platí povinnosť preukázania nemajetkovej ujmy, a to v podobe dopadu nesprávneho úradného postupu, jeho vplyvu a následkov na žalobcu v rôznych oblastiach pôsobenia. Navrhovateľ tvrdil, že nezákonným zásahom vyvolaná situácia ovplyvnila ďalšie podnikateľské postupy a spôsobila neistotu v plánovaní ďalších rozhodnutí, ktoré mohol prijať. Svoje tvrdenia však nijakým spôsobom nekonkretizoval (a ani ničím nepreukázal), rovnako ako nepreukázal, že samotné konštatovanie porušenia práva nie je dostatočným zadosťučinením. Navrhovateľ zároveň nepreukázal ani príčinnú súvislosť medzi nesprávnym úradným postupom a tvrdenou škodou, teda, že ku škode vo výške požadovanej navrhovateľom došlo práve (a len) v dôsledku uvedeného nesprávneho úradného postupu. Keďže však navrhovateľ v konaní nesprávny úradný postup (nezákonné rozhodnutie) ani existenciu škody na jeho strane nepreukázal, nemohol preukázať ani existenciu príčinnej súvislosti medzi nesprávnym úradným postupom (nezákonným rozhodnutím) a vzniknutou škodou. O trovách konania rozhodol podľa § 142 ods.1 O.s.p. prihliadajúc na to, že v konaní plne úspešný odporca si právo na náhradu trov konania neuplatnil.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 Konečné vydanie rozhodnutia vo veci samej súdom neprichádzalo do úvahy aj preto, že súd v rovnakom rozhodnutí súčasne rozhodol aj o zamietnutí jeho návrhu na prerušenie konania podľa § 109 ods.2 písm. c) O.s.p., proti ktorému pripustil odvolanie .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 Súd však dokazovanie neprípustne skrátil len na dôkazy vykonávané ex offo a navrhovateľa nepoučil podľa § 120 ods.4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 výsledky vykonaného dokazovania správne zhodnotil (§ 132 O.s.p.) a na ich základe dospel k správnym skutkovým a právnym záverom, ktoré v napadnutom rozhodnutí aj náležite a dostatočne odôvodnil (§ 157 ods. 2 O.s.p.).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navrhovateľom) výrok súdu prvého stupňa, v ktorom zamietol návrh na zaplatenie sumy 3 237,23 Eur titulom majetkovej škody a sumy 647,45 Eur titulom nemajetkovej ujmy uplatnený podľa ust. zák.č. 514/2003 Z.z.. Výrok , v ktorom súd prvého stupňa zastavil konanie o návrhu navrhovateľa na prerušenie konania do právoplatného rozhodnutia Ústavného súdu Slovenskej republiky o ústavnej sťažnosti navrhovateľa vo veci namietaného porušenia práva na zákonného sudcu a práva na nestranný súd nebol žiadnymi dôvodmi uvedenými v odvolaní napadnutý.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doručeným prvostupňovému súdu dňa 27.9.2012 sa navrhovateľ domáhal vydania rozhodnutia, ktorým by súd zaviazal odporcu na zaplatenie sumy 3 237,23 Eur z titulu majetkovej škody a 647,45 Eur z titulu nemajetkovej ujmy vzniknutej nesprávnym úradným postupom Okresného súdu Bratislava IV, pretože tento v zákonnej lehote nerozhodol o žiadosti súdneho exekútora o vydanie poverenia na vykonanie exekúcie v exekučnom konaní vedenom pre pohľadávku navrhovateľa vzniknutej neplnením záväzku vyplývajúceho zo zmluvy o úvere dlžníkom ( povinným ) R. J.. V podaní navrhovateľ zároveň žiadal o prikázanie veci inému súdu z dôvodu vylúčenia všetkých sudcov Okresného súdu Bratislava IV z prejednávania a rozhodovania veci s odôvodnením, že Okresný súd Bratislava IV,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22.10.2012, č.k. 9 NcC 204/2012-15 o tom, že sudcovia Okresného súdu Bratislava IV uvedení vo výroku uznesenia nie sú vylúčení z prejednávania a rozhodovania veci vedenej na Okresnom súde Bratislava IV pod sp.zn. 40C 61/2012. Súd prvého stupňa následne uznesením zo dňa 5.8.2014, č.k. 40C 61/2012-67 zamietol návrh navrhovateľa na prerušenie konania do právoplatného rozhodnutia Ústavného súdu SR o jeho ústavnej sťažnosti vo veci namietaného porušenia práva na zákonného sudcu a práva na nestranný súd. Krajský súd v Bratislave uznesením zo dňa 8.10.2014, č.k. 4Co 664/2014-101 potvrdil uznesenie súdu prvého stupňa zo dňa 5.8.2014, č.k. 40C 61/2012-67 (ktorým zamietol návrh na prerušenie konania). Z obsahu spisu ďalej vyplýva, že súd prvého stupňa stanovil v danej veci termín pojednávania na deň 15.12.2014 o 9.45 hod.. Predvolanie na toto pojednávanie bolo právnemu zástupcovi navrhovateľa doručené dňa 24.11.2014 (viď doručenka na č. l. 101). Navrhovateľ podaním doručeným súdu prvého stupňa dňa 15.12.2014 (č. l.132) požiadal o zrušenie pojednávania z dôvodu, že sudcovia Okresného súdu Bratislava IV sú podľa neho vylúčení z prejednávania a rozhodovania predmetnej veci poukazujúc na sťažnosť podanú na Ústavný súd Slovenskej republiky týkajúcu sa uznesenia Krajského súdu v Bratislave zo dňa 22.10.2012, sp.zn. 9 NcC 204/2012. V podaní zároveň žiadal, aby súd prvého stupňa podľa § 109 ods.1 písm. b) O.s.p. a § 109 ods.2 písm. c) O.s.p. konanie prerušil do právoplatného rozhodnutia Ústavného súdu Slovenskej republiky. Zo zápisnice z pojednávania nariadeného súdom prvého stupňa na deň 15.12.2014 vyplýva, že súd prvého stupňa pojednával v neprítomnosti účastníkov a vo veci na tomto pojednávaní aj rozhodol. Vychádzajúc z uvedeného odvolací súd konštatuje, že ak sa riadne predvolaný navrhovateľ na pojednávanie nariadené na deň 15.12.2014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 ktorý svoj zamietajúci výrok právne a skutkovo odvodzoval od postupu exekučného súdu v konaní vedenom na Okresnom súde Bratislava IV pod sp. zn. 16 Er 2406/2010.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101 ods. 2 O.s.p.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námietkam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žiadosti súdneho exekútora o vydanie poverenia na vykonanie exekúcie v exekučnom konaní vedenom pre pohľadávku navrhovateľa v zákonom stanovenej lehote. Podľa ustanovenia § 44 ods. 2 Exekučného poriadku (v znení platnom ku dňu začatia exekučného konania - 29.6.2010)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zákonného ustanovenia vyplýva, že v prípade rozhodnutia, ktorým súd zamietne žiadosť súdneho exekútora o vydanie poverenia na vykonanie exekúcie (z dôvodu zistenia rozporu žiadosti o udelenie poverenia na vykonanie exekúcie alebo návrhu na vykonanie exekúcie alebo exekučného titulu so zákonom) nie je v zákone stanovená lehota. V preskúmavanej veci nie je preto možné konštatovať (zhodne s názorom súdu prvého stupňa), že došlo k nesprávnemu úradnému postupu exekučného súdu tým, že exekučný súd o žiadosti súdneho exekútora o vydanie poverenia na vykonanie exekúcie nerozhodol v zákonnej lehote. Rovnako súd prvého stupňa správne vyvodil, že namietaný postup exekučného súdu, ktorý predchádzal vydaniu rozhodnutia o zamietnutí žiadosti súdneho exekútora o udelenie poverenia na vykonanie exekúcie, nemožno považovať za nesprávny úradný postup, keďže tento postup sa bezprostredne prejavil v obsahu vydaného rozhodnutia v podobe zamietnutia žiadosti súdneho exekútora o udelenie poverenia na vykonanie exekúcie. Odvolací súd v tomto smere zastáva názor súladný s konštantnou judikatúrou, v zmysle ktorej za nesprávny úradný postup nemožno považovať výsledok rozhodovacej činnosti súdu ako taký. Tak ako to správne konštatoval prvostupňový súd v odôvodnení rozsudku, nesprávnym úradným postupom možno rozumieť porušenie pravidiel predpísaných právnymi normami pre postup štátnych orgánov pri ich činnosti, a to takej, ktorá nevedie k vydaniu rozhodnutia. V tejto súvislosti je potom správny záver súdu prvého stupňa aj ohľadom absencie nezákonného rozhodnutia, nakoľko rozhodnutie exekučného súdu, ktorým zamietol žiadosť súdneho exekútora o vydanie poverenia na vykonanie exekúcie, nebolo pre nezákonnosť príslušným orgánom zmenené alebo zrušené, tak ako to vyžaduje ust. § 6 ods. 1 zákona č. 514/2003 Z.z. pre uplatnenie práva na náhradu škody spôsobenej nezákonným rozhodnutím. Odvolací súd sa po oboznámení s obsahom spisu stotožňuje i so záverom súdu prvého stupňa o tom, že v posudzovanom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S ďalšími odvolacími námietkami navrhovateľa, v ktorých reagoval na procesný postup súdu prvého stupňa nevyplývajúci z obsahu spisu a ani z odôvodnenia rozhodnutia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odvolací súd nezaoberal. Za odňatie možnosti navrhovateľa konať pred súdom a za vadu v procesnom postupe súdu nie je možné posúdiť ani navrhovateľom namietanú okolnosť, že súd prvého stupňa rozhodol o jeho návrhu na prerušenie konania súčasne s rozhodnutím o veci samej . Rovnako nie je možné posúdiť ako vadu v procesnom postupe súdu skutočnosť, že súd prvého stupňa v danej veci nerozhodol rozsudkom pre zmeškanie podľa § 153b O.s.p., nakoľko na takýto postup neboli splnené zákonné podmienky (odporca sa k návrhu na začatie konania vyjadril podaním doručeným súdu dňa 23.1.2014). Na základe uvedeného odvolací súd rozhodnutie súdu prvého stupňa v napadnutej časti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16.3.2015, č.k. 40 C 61/2012-179 uložil navrhovateľovi povinnosť zaplatiť poplatok za odvolanie v sume 20 Eur, do 3 dní od právoplatnosti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zo dňa 29.3.2007, sp. zn. 4 Cdo 39/2007. V odvolaní napokon uviedol, že dané konanie sa začalo pred 1.10.2012, a preto v zmysle § 18ca zák. č. 71/1992 Zb. treba vec posúdiť podľa tohto zákona v znení platnom do 30.9.2012.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uznesenie súdu prvého stupňa zo dňa 16.3.2015, č.k. 40C 61/2012-179 ako vecne správne podľa § 219 ods. 1 O.s.p. potvrdil. Poučenie: Proti tomuto rozsudku odvolanie nie je prípustné.</w:t>
      </w:r>
    </w:p>
    <w:p/>
    <w:p>
      <w:r>
        <w:t>Zdroj: KAUZIS.SK – https://www.kauzis.sk/judikatura/r/ECLI:SK:KSBA:2016:1412213879.2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