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11CoP/493/2015 z 18. 4. 2016</w:t>
      </w:r>
    </w:p>
    <w:p>
      <w:r>
        <w:t>Rozsudok Krajského súdu Bratislava z 18. apríla 2016, sp. zn. 11CoP/493/2015, ECLI:SK:KSBA:2016:1412220693.1</w:t>
      </w:r>
    </w:p>
    <w:p>
      <w:r>
        <w:t>Súd: Krajský súd Bratislava</w:t>
      </w:r>
    </w:p>
    <w:p>
      <w:r>
        <w:t>Spisová značka: 11CoP/493/2015</w:t>
      </w:r>
    </w:p>
    <w:p>
      <w:r>
        <w:t>ECLI: ECLI:SK:KSBA:2016:1412220693.1</w:t>
      </w:r>
    </w:p>
    <w:p>
      <w:r>
        <w:t>Dátum vydania: 18. 4. 2016</w:t>
      </w:r>
    </w:p>
    <w:p>
      <w:r>
        <w:t>Forma: Rozsudok</w:t>
      </w:r>
    </w:p>
    <w:p>
      <w:r>
        <w:t>Oblasť práva: Rodinné právo</w:t>
      </w:r>
    </w:p>
    <w:p>
      <w:pPr>
        <w:pStyle w:val="Heading2"/>
      </w:pPr>
      <w:r>
        <w:t>Text rozhodnutia</w:t>
      </w:r>
    </w:p>
    <w:p>
      <w:r>
        <w:t>Súd: Krajský súd Bratislava Spisová značka: 11CoP/493/2015 Identifikačné číslo súdneho spisu: 1412220693 Dátum vydania rozhodnutia: 19. 04. 2016 Meno a priezvisko sudcu, VSÚ: JUDr. Bianka Gelačíková ECLI: ECLI:SK:KSBA:2016:1412220693.1 ROZSUDOK V MENE SLOVENSKEJ REPUBLIKY Krajský súd v Bratislave v senáte zloženom z predsedníčky senátu JUDr. Bianky Gelačíkovej a členov senátu JUDr. Kataríny Štrignerovej a Mgr. Patrície Železníkovej, vo veci vyhlásenia L. Č., D.. XX.XX.XXXX, zastúpenej opatrovníčkou Ľubicou Tichou, pracovníčkou Okresného súdu Bratislava IV, za mŕtvu, za účasti L. Č., N. N., O. XX, zast. AK aliancia advokátov ak, s.r.o., Vlčkova 8/A, Bratislava, o návrhu R. A., N. Y. X, U., na odvolanie L. Č. proti rozhodnutiu Okresného súdu Bratislava IV, č.k. 25P/309/2012-164 zo dňa 24.06.2015, jednohlasne takto r o z h o d o l : Rozsudok súdu prvého stupňa sa v napadnutej časti m e n í tak, že L. Č., D.. XX.XX.XXXX neprežila deň 31.01.2015. Žiaden z účastníkov nemá právo na náhradu trov konania. o d ô v o d n e n i e : Súd prvého stupňa svojim rozhodnutím vyhlásil L. Č., F. G., D.. XX.XX.XXXX, naposledy bytom O. XX, N. za mŕtvu s tým, že neprežila deň 14.03.2012. Žiadnemu z účastníkov nepriznal právo na náhradu trov konania. Súd prvého stupňa svoje rozhodnutie posúdil tak, že mal jednoznačne preukázané, že pani L. Č. odišla z domu v skorých ranných hodinách 14.03.2012 a odvtedy sa nikomu zo známych ani príbuzných neozvala. Zároveň bolo zistené, že policajný zbor SR vyhlásil pátranie po nezvestnej, vykonal úkony na zistenie jej pobytu, avšak s negatívnym výsledkom. Vzhľadom na okolnosti je možné usúdiť a konštatovať, že nezvestná L. Č. neprežila deň 14.03.2012. O trovách konania rozhodol súd prvého stupňa podľa § 146 ods. 1 písm. a/ O.s.p.. Proti tomuto rozhodnutiu podal odvolanie L. Č.. Dátum, ktorý ustálil súd prvého stupňa, ako deň ktorý nezvestná neprežila nie je podľa jeho názoru správny, pretože 14.03.2012 ešte nezvestná žila a takýto dátum možno považovať za ustálený len na základe domnienky. Poukázal na ust. § 196 ods. 2 O.s.p., kde vo vyhláške súd uvedie podstatné okolnosti prípadu a oznámi, že po uplynutí lehoty uvedenej vo vyhláške rozhodne o vyhlásení za mŕtveho, ak sa nezvestný neprihlási alebo ak nedôjde správa o tom, že je nažive. Lehotu určí súd na jeden rok od uverejnenia vyhlášky. Vo vyhláške treba uviesť deň kedy sa lehota končí. Súd prvého stupňa dňa 31.01.2014 vydal vyhlášku, v ktorej sa uvádza, že ak sa nezvestná neprihlási alebo nepríde súdu iná správa o jej živote, po uplynutí uvedenej lehoty, t.j. po 31.01.2015 rozhodne o vyhlásení nezvestnej za mŕtvu. Z vyššie uvedeného vyplýva, že lehota do kedy sa nezvestná mohla prihlásiť alebo kedy niekto mohol o nej podať správu uplynula dňa 31.01.2015. Poukázal aj na rozhodnutie Okresného súdu Považská Bystrica sp.zn. 7P/64/13 z 28.10.2014, kde taktiež súd stanovil dátum, ktorý nezvestný neprežil dňom uplynutia lehoty vo vyhláške. Z uvedeného ustanovenia jednoznačne vyplýva, že prvostupňový súd mal určiť v rozsudku deň smrti, nakoľko z gramatického výkladu ust. § 198 O.s.p. vyplýva, že až súd ustanoví deň, ktorý nezvestný neprežil. Vychádzajúc zo všetkých domnienok a pochybností o čase úmrtia nezvestnej mal prvostupňový súd vychádzať zo zákonnej lehoty, t.j. z lehoty určenia ako posledný deň jednoročnej lehoty uvedenej vo vyhláške 31.01.2015. Žiadal zrušiť rozhodnutie súdu prvého stupňa v napadnutej časti a vec vrátiť na ďalšie konanie. Navrhovateľka žiadala potvrdiť rozsudok súdu prvého stupňa a uviedla, že jediným dôvodom prečo manžel nezvestnej podal proti rozsudku odvolanie je okolnosť, že v prípade nadobudnutia právoplatnosti rozsudku by bola dedičkou v zmysle § 474 ods. 1 aj matka L. Č., O. G., táto však zomrela 23.03.2014. Ak by bola vyhlásená nezvestná za mŕtvu po dátume smrti matky, teda po 23.03.2014, bol vy jediným dedičom odvolateľ, pretože deti z manželstva nepochádzajú. Odvolací súd preskúmal vec v napadnutej časti podľa § 212 ods. 2 písm. a/ O.s.p., prejednal vec podľa § 214 ods. 2 O.s.p., s verejným vyhlásením rozsudku podľa § 156 ods. 3 O.s.p., a dospel k záveru, že odvolaniu L. Č. je potrebné vyhovieť v napadnutej časti. Podľa § 198 O.s.p., po uplynutí lehoty určenej vo vyhláške vydá súd rozsudok o vyhlásení za mŕtveho. Uvedie v ňom deň, ktorý platí za deň smrti nezvestného, prípadne deň, ktorý nezvestný neprežil. Súd prvého stupňa správne rozhodol v časti vyhlásenia L. Č. za mŕtvu, keď boli splnené zákonné podmienky pre vyhlásenie za mŕtvu. Súd prvého stupňa podľa názoru odvolacieho súdu nesprávne určil deň, ktorý L. Č. neprežila. Z obsahu spisu vyplýva, že sú pochybnosti o dni smrti L. Č., odvolací súd sa preto domnieva, že je potrebné zmeniť rozhodnutie súdu prvého stupňa určením dňa, ktorý nezvestná neprežila a týmto bude posledný deň určený vo vyhláške, teda 31.01.2015. Tento bol posledným dňom jednoročnej lehoty, ktorá je primeraná okolnostiam, za ktorých sa stal menovaný nezvestným a je vysoko pravdepodobné, že nezvestný tento deň neprežil. Z obsahu spisu a vykonaného dokazovania vyplýva, že dňa 14.03.2012 nezvestná ešte žila, z uvedeného dôvodu tento deň nie je možné vyhlásiť za deň, ktorý neprežila. Keďže v priebehu zákonnej jednoročnej lehoty sa nezvestná neprihlásila a nebola podaná správa o tom, že žije, odvolací súd má za to, že je potrebné vyhovieť odvolaniu L. Č. v napadnutej časti a určiť deň, ktorý nezvestná neprežila dňom 31.01.2015. Odvolací súd zmenil rozhodnutie súdu prvého stupňa podľa § 220 O.s.p.. O trovách konania rozhodol odvolací súd podľa § 146 ods. 1 písm. a/ O.s.p., v spojení s ust. § 224 ods. 2 O.s.p.. Poučenie: Proti tomuto rozsudku odvolanie nie je prípustné.</w:t>
      </w:r>
    </w:p>
    <w:p/>
    <w:p>
      <w:r>
        <w:t>Zdroj: KAUZIS.SK – https://www.kauzis.sk/judikatura/r/ECLI:SK:KSBA:2016:1412220693.1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