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20CoP/31/2016 z 28. 4. 2016</w:t>
      </w:r>
    </w:p>
    <w:p>
      <w:r>
        <w:t>Uznesenie Krajského súdu Bratislava z 28. apríla 2016, sp. zn. 20CoP/31/2016, ECLI:SK:KSBA:2016:1414218126.1</w:t>
      </w:r>
    </w:p>
    <w:p>
      <w:r>
        <w:t>Súd: Krajský súd Bratislava</w:t>
      </w:r>
    </w:p>
    <w:p>
      <w:r>
        <w:t>Spisová značka: 20CoP/31/2016</w:t>
      </w:r>
    </w:p>
    <w:p>
      <w:r>
        <w:t>ECLI: ECLI:SK:KSBA:2016:1414218126.1</w:t>
      </w:r>
    </w:p>
    <w:p>
      <w:r>
        <w:t>Dátum vydania: 28. 4. 2016</w:t>
      </w:r>
    </w:p>
    <w:p>
      <w:r>
        <w:t>Forma: Uznesenie</w:t>
      </w:r>
    </w:p>
    <w:p>
      <w:r>
        <w:t>Oblasť práva: Rodinné právo</w:t>
      </w:r>
    </w:p>
    <w:p>
      <w:pPr>
        <w:pStyle w:val="Heading2"/>
      </w:pPr>
      <w:r>
        <w:t>Text rozhodnutia</w:t>
      </w:r>
    </w:p>
    <w:p>
      <w:r>
        <w:t>Súd: Krajský súd Bratislava Spisová značka: 20CoP/31/2016 Identifikačné číslo súdneho spisu: 1414218126 Dátum vydania rozhodnutia: 29. 04. 2016 Meno a priezvisko sudcu, VSÚ: JUDr. Mária Hajdínová ECLI: ECLI:SK:KSBA:2016:1414218126.1 Uznesenie Krajský súd v Bratislave vo veci starostlivosti súdu o maloleté dieťa: W. A. I. H. I. F. I. Y. , narodený dňa X.X.XXXX, zastúpené kolíznym opatrovníkom Úradom práce, sociálnych vecí a rodiny Bratislava, Vazovova č. 7/A, Bratislava, dieťa rodičov: matka W. A. I. H. I. F. Y. P. S. Á. , bytom N., A.. C. Č.. XX, otec neuvedený, za účasti Okresnej prokuratúry Bratislava IV., Hanulova č. 9/A, Bratislava, o návrhu navrhovateľky: L. A. I. H. I. F. Y. P. S. Á. , bytom N., A.. C. Č.. XX, na zverenie maloletého dieťaťa do náhradnej osobnej starostlivosti, na odvolanie navrhovateľky proti rozsudku Okresného súdu Bratislava IV. zo dňa 21. marca 2016, č.k. 25 P 332/2014-94, takto r o z h o d o l : Odvolací súd odvolanie navrhovateľky o d m i e t a . Žiaden z účastníkov n e m á právo na náhradu trov odvolacieho konania. o d ô v o d n e n i e : Okresný súd Bratislava IV. rozsudkom zo dňa 21.3.2016, č.k. 25 P 332/2014-94, zamietol návrh navrhovateľky, starej matky, na zverenie maloletého W. do jej náhradnej osobnej starostlivosti; uložil matke dieťaťa W. A. povinnosť podrobiť sa odbornému poradenstvu na Referáte poradensko- psychologických služieb Úradu práce, sociálnych vecí a rodiny Bratislava, Vazovova č. 7/A, Bratislava, v trvaní 12 mesiacov v rozsahu aspoň 20 hodín, počnúc právoplatnosťou tohto výroku; nariadil na výchovou maloletého W. dohľad; žiadnemu z účastníkov nepriznal právo na náhradu trov konania. Dôvodil ustanovením § 37 ods. 2 písm. b/, d/, ods. 5, ods. 6 veta prvá, § 45 ods. l, ods. 4, ods. 7, ods. 8 Zákona o rodine, § 146 ods. l písm. a/ O.s.p. Rozsudok bol účinne doručený matke maloletého dieťaťa dňa 21.3.2016, navrhovateľke dňa 21.3.2016, kolíznemu opatrovníkovi dňa 21.3.2016, Okresnej prokuratúre Bratislava IV. dňa 21.3.2016. Proti tomuto rozsudku podala odvolanie navrhovateľka osobne na súde prvého stupňa dňa 8.4.2016; žiadala prehodnotiť rozhodnutie súdu prvého stupňa. Odvolací súd preskúmal vec bez nariadenia pojednávania (§ 214 ods. 2 O.s.p.) a dospel k záveru, že odvolanie navrhovateľky je potrebné odmietnuť ako oneskorene podané (§ 218 ods. l písm. a/ O.s.p.). Je nepochybné, že súd prvého stupňa doručoval napadnutý rozsudok matke maloletého dieťaťa, kolíznemu opatrovníkovi, navrhovateľke, Okresnej prokuratúre Bratislava IV., do vlastných rúk (§ 47, § 158 ods. 2 O.s.p.) a že navrhovateľka podala odvolanie proti nemu neskoro, po uplynutí zákonnej procesnej 15-dňovej lehoty na podanie odvolania; nemožno ju predĺžiť. Rozsudok bol navrhovateľke účinne doručený dňa 21.3.2016. Lehota na podanie odvolania proti nemu navrhovateľke začala plynúť nasledujúci deň po doručení, t.j. dňa 22.3.2016. Posledný 15. deň lehoty na odvolanie pripadol na utorok dňa 5.4.2016, pracovný deň. Ak teda svoje odvolanie navrhovateľka osobne doručila súdu prvého stupňa dňa 8.4.2016, stalo sa tak neskoro, po uplynutí zákonnej procesnej lehoty na podanie odvolania. S poukazom na vyššie uvedené dôvody a citované zákonné ustanovenie odvolací súd preto odvolanie navrhovateľky, už bez ďalšieho, ako oneskorene podané odmietol (§ 218 ods. l písm. a/ O.s.p.). Žiadnemu z účastníkov odvolací súd nepriznal právo na náhradu trov odvolacieho konania, keďže ide o konanie, ktoré sa mohlo začať aj bez návrhu (§ 224 ods. l, § 146 ods. l písm. a/ O.s.p.). Odvolací súd prijal rozhodnutie jednohlasne (§ 3 ods. 9 zákona č. 757/2004 Z.z. o súdoch a o zmene a doplnení niektorých zákonov v znení účinnom od 1.5.2011). Poučenie: Proti tomuto uzneseniu odvolanie nie je prípustné.</w:t>
      </w:r>
    </w:p>
    <w:p/>
    <w:p>
      <w:r>
        <w:t>Zdroj: KAUZIS.SK – https://www.kauzis.sk/judikatura/r/ECLI:SK:KSBA:2016:1414218126.1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