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4Co/197/2016 z 29. 6. 2016</w:t>
      </w:r>
    </w:p>
    <w:p>
      <w:r>
        <w:t>Uznesenie Krajského súdu Bratislava z 29. júna 2016, sp. zn. 4Co/197/2016, ECLI:SK:KSBA:2016:1415202490.1</w:t>
      </w:r>
    </w:p>
    <w:p>
      <w:r>
        <w:t>Súd: Krajský súd Bratislava</w:t>
      </w:r>
    </w:p>
    <w:p>
      <w:r>
        <w:t>Spisová značka: 4Co/197/2016</w:t>
      </w:r>
    </w:p>
    <w:p>
      <w:r>
        <w:t>ECLI: ECLI:SK:KSBA:2016:1415202490.1</w:t>
      </w:r>
    </w:p>
    <w:p>
      <w:r>
        <w:t>Dátum vydania: 29. 6. 2016</w:t>
      </w:r>
    </w:p>
    <w:p>
      <w:r>
        <w:t>Forma: Uznesenie</w:t>
      </w:r>
    </w:p>
    <w:p>
      <w:pPr>
        <w:pStyle w:val="Heading2"/>
      </w:pPr>
      <w:r>
        <w:t>Text rozhodnutia</w:t>
      </w:r>
    </w:p>
    <w:p>
      <w:r>
        <w:t>Súd: Krajský súd Bratislava Spisová značka: 4Co/197/2016 Identifikačné číslo súdneho spisu: 1415202490 Dátum vydania rozhodnutia: 30. 06. 2016 Meno a priezvisko sudcu, VSÚ: JUDr. Valéria Kleinová ECLI: ECLI:SK:KSBA:2016:1415202490.1 Uznesenie Krajský súd v Bratislave v právnej veci navrhovateľa: Spolok Garáže, občianske združenie, Majerníkova 36/A, Bratislava, IČO: 42 259 274, zastúpený: JUDr. Pavol Malich, advokát, Dunajská 25, Bratislava, proti odporcovi: TI &amp; JO, s.r.o., Majerníkova 36/A, Bratislava, IČO: 35 805 668, o zaplatenie 545,52 EUR s príslušenstvom, na odvolanie navrhovateľa proti uzneseniu Okresného súdu Bratislava IV zo dňa 16. februára 2016 č.k. 11C 126/2015-62 takto r o z h o d o l : Odvolací súd napadnuté uznesenie súdu prvého stupňa p o t v r d z u j e . Odporcovi náhradu trov odvolacieho konania n e p r i z n á v a . o d ô v o d n e n i e : Napadnutým uznesením súd prvého stupňa zastavil konanie o návrhu navrhovateľa, ktorým sa domáhal od odporcu po čiastočnom späťvzatí návrhu zaplatenia sumy 545,52 EUR s príslušenstvom. Uviedol, že keďže súdny poplatok nebol zaplatený spolu s podaním návrhu, vyzval navrhovateľa výzvou zo dňa 04.01.2016 na zaplatenie súdneho poplatku za návrh vo výške 32,50 EUR, pričom táto výzva bola doručená navrhovateľovi dňa 14.01.2016. Svoje rozhodnutie odôvodnil § 10 ods. 1 zákona č. 71/1992 Zb. o súdnych poplatkoch a tým, že súdny poplatok z návrhu nebol doposiaľ uhradený, napriek tomu, že navrhovateľ bol na zaplatenie súdneho poplatku vyzvaný a bol o následkoch nezaplatenia súdneho poplatku poučený. O trovách konania rozhodol podľa § 146 ods. 1 písm. c) tak, že žiaden z účastníkov nemá právo na náhradu trov konania, nakoľko konanie bolo zastavené, a pre aplikáciu § 146 ods. 2 O.s.p. nebol dôvod. Proti uvedenému uzneseniu podal navrhovateľ prostredníctvom svojho právneho zástupcu včas odvolanie, v ktorom navrhol, aby odvolací súd napadnuté uznesenie zrušil a ďalej pokračoval v konaní. Uviedol, že dňa 11.03.2016, t.j. v rámci lehoty na podanie odvolania došlo k úhrade súdneho poplatku za návrh vo výške 32,50 EUR, a to na základe platobných údajov poskytnutých súdom v rámci výzvy na úhradu súdneho poplatku zo dňa 14.01.2016. Mal za to, že sú splnené podmienky na zrušenie uznesenia podľa § 10 ods. 3 zákona o súdnych poplatkoch. Odvolací súd prejednal vec podľa ustanovenia § 212 ods. 1 O.s.p. bez nariadenia pojednávania (§ 214 ods. 2 O.s.p.) a dospel k záveru, že odvolanie navrhovateľa nie je dôvodné.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(ďalej len „percentná sadzba“) alebo pevnou sumou. Ak tento zákon neustanovuje inak, je poplatok za odvolanie päť eur a poplatok za dovolanie 10 eur.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citovaného zákona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a správca v ňom pokračuje namiesto poplatníka.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V danom prípade sa navrhovateľ návrhom podaným na súd prvého stupňa dňa 20.02.2015 domáhal po čiastočnom späťvzatí návrhu zaplatenia sumy 545,52 EUR s príslušenstvom od odporcu. V zmysle § 5 ods. 1 písm. a) citovaného zákona, vznikla navrhovateľovi poplatková povinnosť vo výške 32,50 EUR v zmysle Sadzobníka súdnych poplatkov položky 1 a). Súd prvého stupňa preto správne vyzval navrhovateľa na zaplatenie súdneho poplatku za návrh do 10 dní od doručenia výzvy pod následkom zastavenia konania, a takisto správne postupoval, keď konanie pre nezaplatenie súdneho poplatku v zmysle § 10 ods. 1 zákona č. 71/1992 Zb. o súdnych poplatkoch zastavil. Navrhovateľ vo svojom odvolaní tvrdil, že súdny poplatok zaplatil dňa 11.03.2016, teda v lehote na podanie odvolania voči predmetnému uzneseniu. Odvolací súd mal zo spisu preukázané, že súdny poplatok za návrh nebol zaplatený do konci lehoty na podanie odvolania, teda do 12.03.2016. Zo spisu mal odvolací súd za preukázané, že súdny poplatok za návrh nebol zaplatený ani do predloženia spisu s opravným prostriedkom na odvolací súd. Nie je teda možné postupovať v zmysle § 10 ods. 3 zákona č. 71/1992 Zb., nakoľko súdny poplatok nebol zaplatený do konca lehoty na podanie odvolania, napriek tomu, že navrhovateľ už v odvolaní tvrdil, že súdny poplatok zaplatil, avšak túto skutočnosť žiadnym spôsobom nepreukázal. Na základe toho, že navrhovateľ správne vyrubený súdny poplatok v súdom stanovenej lehote a ani do konca lehoty na podanie odvolania nezaplatil, súd prvého stupňa správne zastavil konanie v zmysle § 10 ods. 1 zákona o súdnych poplatkoch. Odvolací súd preto z vyššie uvedených dôvodov napadnuté uznesenie súdu prvého stupňa ako vecne správne podľa § 219 ods. 1 O.s.p. potvrdil. O trovách odvolacieho konania rozhodol odvolací súd podľa § 224 ods. 1 v spojení s § 142 ods. 1 O.s.p. a v odvolacom konaní úspešnému odporcovi náhradu trov odvolacieho konania nepriznal z dôvodu, že mu žiadne nevznikli. Toto rozhodnutie bolo prijaté senátom Krajského súdu v Bratislave pomerom hlasov 3:0. Poučenie: Toto uznesenie nemožno napadnúť odvolaním.</w:t>
      </w:r>
    </w:p>
    <w:p/>
    <w:p>
      <w:r>
        <w:t>Zdroj: KAUZIS.SK – https://www.kauzis.sk/judikatura/r/ECLI:SK:KSBA:2016:1415202490.1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