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18CoE/228/2016 z 29. 9. 2016</w:t>
      </w:r>
    </w:p>
    <w:p>
      <w:r>
        <w:t>Uznesenie Krajského súdu Bratislava z 29. septembra 2016, sp. zn. 18CoE/228/2016, ECLI:SK:KSBA:2016:1415206165.1</w:t>
      </w:r>
    </w:p>
    <w:p>
      <w:r>
        <w:t>Súd: Krajský súd Bratislava</w:t>
      </w:r>
    </w:p>
    <w:p>
      <w:r>
        <w:t>Spisová značka: 18CoE/228/2016</w:t>
      </w:r>
    </w:p>
    <w:p>
      <w:r>
        <w:t>ECLI: ECLI:SK:KSBA:2016:1415206165.1</w:t>
      </w:r>
    </w:p>
    <w:p>
      <w:r>
        <w:t>Dátum vydania: 29.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18CoE/228/2016 Identifikačné číslo súdneho spisu: 1415206165 Dátum vydania rozhodnutia: 30. 09. 2016 Meno a priezvisko sudcu, VSÚ: JUDr. Boris Tóth ECLI: ECLI:SK:KSBA:2016:1415206165.1 Uznesenie Krajský súd v Bratislave, v senáte zloženom z predsedu senátu JUDr. Borisa Tótha a členov senátu JUDr. Beáty Trandžíkovej a JUDr. Paulíny Pacherovej, v exekučnej veci oprávneného: BENCONT INVESTMENTS, s.r.o., Vajnorská č. 100/A, 831 04 Bratislava, IČO: 36 432 105, zastúpeného: JUDr. Veronika Kubríková, PhD., advokát, Vajnorská č. 100/A, 831 04 Bratislava, proti povinnému: H. Z., K..Č.. XXXXXX/XXX, L. M. Č.. XX, XXX XX L., štátny občan SR, pre vymoženie uloženej povinnosti zaplatiť istinu 19,85 Eur s príslušenstvom pozostávajúcim z úrokov vo výške 18,9% ročne zo sumy 19,85 Eur odo dňa 02.08.2013 do zaplatenia, úrokov z omeškania vo výške 5% ročne zo sumy 19,85 Eur odo dňa 02.08.2013 do zaplatenia, sumy dlžných úrokov a úrokov z omeškania vo výške 17,61 Eur, dlžných poplatkov vo výške 83,60 Eur, poplatku za rozhodcovské konanie vo výške 49,92 Eur, trov právneho zastúpenia v rozhodcovskom konaní vo výške 58,58 Eur, trov exekučného konania a trov exekúcie vedenej súdnym exekútorom: Mgr. Jana Virličová, so sídlom Exekútorského úradu Vajnorská č. 100/A, 831 04 Bratislava, o odvolaní oprávneného proti uzneseniu Okresného súdu Bratislava IV, č.k. 16Er/1616/2015-48 zo dňa 23.11.2015, pomerom hlasov 3 : 0, takto r o z h o d o l : I. Odvolací súd odvolanie oprávneného proti uzneseniu Okresného súdu Bratislava IV, č.k. 16Er/1616/2015-48 zo dňa 23.11.2015 o d m i e t a . II. Povinnému n e p r i z n á v a nárok na náhrada trov odvolacieho konania. o d ô v o d n e n i e : 1. Napadnutým uznesením prvoinštančný súd, v osobe vyššieho súdneho úradníka, opierajúc sa o ustanovenie § 44 zákona NR SR č. 233/1995 Z.z., o súdnych exekútoroch a exekučnej činnosti (Exekučný poriadok) a o zmene a doplnení ďalších zákonov (ďalej len „EP“), zamietol žiadosť súdneho exekútora o udelenie poverenia na vykonanie exekúcie s tým odôvodnením, že rozhodcovský rozsudok Stáleho rozhodcovského súdu Slovenskej bankovej asociácie sp.zn. II/2014-2071 zo dňa 12.09.2014, slúžiaci v predmetnej veci, čoby exekučný titul, nepovažoval za riadne doručený. 2. Proti tomuto uzneseniu podal odvolanie oprávnený, ktorý sa s takýmto postupom exekučného súdu nestotožňoval. 3. Krajský súd, ako súd odvolací (§ 34 zákona NR SR č. 160/2015 Z.z. Civilný sporový poriadok /ďalej len „CSP“/), prejednal vec v rozsahu predpokladanom v § 379 CSP, bez nariadenia pojednávania, v súlade s ustanovením § 385 CSP a dospel k záveru, že odvolanie povinného je potrebné odmietnuť. 4. Podľa § 470 ods. 1, 2 veta prvá CSP, ak nie je ustanovené inak, platí tento zákon aj na konania začaté predo dňom nadobudnutia jeho účinnosti. Právne účinky úkonov, ktoré v konaní nastali predo dňom nadobudnutia účinnosti tohto zákona, zostávajú zachované. Podľa § 355 ods. 2 CSP, proti uzneseniu súdu prvej inštancie je prípustné odvolanie, ak to zákon pripúšťa. Podľa § 44 ods. 2, posledná veta EP, proti uzneseniu o zamietnutí žiadosti je prípustné odvolanie. Podľa § 362 ods. 1 veta prvá CSP, odvolanie sa podáva v lehote 15 dní od doručenia rozhodnutia na súde, proti ktorého rozhodnutiu smeruje. Podľa § 386 písm. a) CSP, odvolací súd odmietne odvolanie, ak bolo podané oneskorene. 5. Napadnuté uznesenie súdu prvej inštancie bolo oprávnenému doručené do vlastných rúk, dňa 04.12.2015, v súlade s ustanovením § 47 ods. 1 zákona NZ ČSR č. 99/1963 Zb. Občiansky súdny poriadok (ďalej len „OSP“). Lehota na podanie odvolania oprávnenému začala plynúť, v zmysle § 57 ods. 1 OSP, dňom 05.12.2015 a uplynula podľa § 57 ods. 2 OSP márnym uplynutím dňa 21.12.2015 (pondelok). Oprávnený podal odvolanie podaním na poštovú prepravu dňa 22.12.2015 (utorok), teda po uplynutí zákonom stanovenej lehoty, v deň kedy rozhodnutie už bolo právoplatné. Z tohto dôvodu odvolací súd v zmysle ustanovenia § 386 písm. a) CSP odvolanie oprávneného, ako oneskorene podané, odmietol. 6. O trovách odvolacieho konania bolo rozhodnuté podľa §-u 396 ods. 1 CSP v nadväznosti na ustanovenie §-u 255 ods. 1 CSP, kedy v odvolacom konaní bol síce povinný úspešný, nakoľko mu však v odvolacom konaní žiadne trovy nevznikli súd mu nárok na ich náhradu nepriznal.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 § 447 písm. d/, e/ CSP).</w:t>
      </w:r>
    </w:p>
    <w:p/>
    <w:p>
      <w:r>
        <w:t>Zdroj: KAUZIS.SK – https://www.kauzis.sk/judikatura/r/ECLI:SK:KSBA:2016:1415206165.1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