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21CoE/187/2016 z 2. 5. 2016</w:t>
      </w:r>
    </w:p>
    <w:p>
      <w:r>
        <w:t>Uznesenie Krajského súdu Bratislava z 2. mája 2016, sp. zn. 21CoE/187/2016, ECLI:SK:KSBA:2016:1415212917.1</w:t>
      </w:r>
    </w:p>
    <w:p>
      <w:r>
        <w:t>Súd: Krajský súd Bratislava</w:t>
      </w:r>
    </w:p>
    <w:p>
      <w:r>
        <w:t>Spisová značka: 21CoE/187/2016</w:t>
      </w:r>
    </w:p>
    <w:p>
      <w:r>
        <w:t>ECLI: ECLI:SK:KSBA:2016:1415212917.1</w:t>
      </w:r>
    </w:p>
    <w:p>
      <w:r>
        <w:t>Dátum vydania: 2. 5. 2016</w:t>
      </w:r>
    </w:p>
    <w:p>
      <w:r>
        <w:t>Forma: Uznesenie</w:t>
      </w:r>
    </w:p>
    <w:p>
      <w:r>
        <w:t>Oblasť práva: Občianske právo</w:t>
      </w:r>
    </w:p>
    <w:p>
      <w:pPr>
        <w:pStyle w:val="Heading2"/>
      </w:pPr>
      <w:r>
        <w:t>Text rozhodnutia</w:t>
      </w:r>
    </w:p>
    <w:p>
      <w:r>
        <w:t>Súd: Krajský súd Bratislava Spisová značka: 21CoE/187/2016 Identifikačné číslo súdneho spisu: 1415212917 Dátum vydania rozhodnutia: 03. 05. 2016 Meno a priezvisko sudcu, VSÚ: JUDr. Lýdia Noskovičová ECLI: ECLI:SK:KSBA:2016:1415212917.1 Uznesenie Krajský súd v Bratislave, v exekučnej veci oprávneného: B. T., L.. XX.XX.XXXX, Q. X, XXX XXBratislava, právne zast. Bobák, Bollová a spol., s.r.o., Dr. Vladimíra Clementisa 10, 821 08 Bratislava proti povinnému: 1) C. B., L.. XX.XX.XXXX, E. XX, XXX XX J., X) R. B., L..XX.XX.XXXX, E. XX, XXX XX J., pre vymoženie 508,66 Eur s príslušenstvom a trov exekúcie vedenej súdnym exekútorom JUDr. Andreou Ondrejkovou, Exekútorský úrad Bratislava, so sídlom Vrútocká 12, 821 04 Bratislava, o odvolaní povinných proti uzneseniu Okresného súdu Bratislava IV č.k. 16Er/3616/2015-15 zo dňa 13.01.2016, takto r o z h o d o l : Krajský súd v Bratislave, odvolanie povinného v 1. a 2. rade, proti uzneseniu Okresného súdu Bratislava IV, č.k. 16Er/3616/2015-15 zo dňa 13.01.2016, o d m i e t a . o d ô v o d n e n i e : Napadnutým uznesením Okresný súd Bratislava IV odmietol námietky povinných proti exekúcii vedenej súdnym exekútorom JUDr. Andreou Ondrejkovou, Exekútorský úrad Bratislava, so sídlom Vrútocká 12, 821 04 Bratislava, pod sp. zn. EX 3994/2015, ako oneskorene podané (odvolací súd k veci dodáva, že súd námietky, ktoré sú podané oneskorene, neoprávnenou osobou, bez odôvodnenia, alebo sú neopodstatnené, uznesením zamietne). Proti tomuto uzneseniu podali dňa 17.02.2016 povinní odvolanie, označené ako sťažnosť, ktorým sa domáhali zrušenia predmetného uznesenia, ako aj vymáhanej pohľadávky. Krajský súd v Bratislave ako súd odvolací, prejednal vec podľa § 212 ods. 1 zák. č. 99/1963 Zb. Občiansky súdny poriadok v znení neskorších predpisov („ O.s.p.“) bez nariadenia pojednávania v zmysle § 214 ods. 2 O.s.p. a dospel k záveru, že podané odvolanie je potrebné odmietnuť. Pred samotným preskúmaním napadnutého uznesenia odvolací súd skúmal, či sú splnené objektívne a subjektívne podmienky odvolacieho konania. V zmysle ustanovenia § 251 ods. 4 O.s.p. sa procesné inštitúty exekučného konania, ktoré nie sú upravené v Exekučnom poriadku spravujú ustanoveniami prvej až piatej časti O.s.p. Podľa § 201 &lt;aspi://module='ASPI'&amp;link='99/1963 Zb.%2523201'&amp;ucin-k-dni='30.12.9999'&gt; O.s.p. účastník môže napadnúť rozhodnutie súdu prvého stupňa odvolaním, pokiaľ to zákon nevylučuje. Občiansky súdny poriadok teda v zásade pripúšťa odvolanie proti všetkým rozhodnutiam súdu prvého stupňa s tým, že obsahuje taxatívny výpočet rozhodnutí, proti ktorým odvolanie nie je prípustné. Podľa § 202 ods. 2 O.s.p. odvolanie nie je prípustné ani proti uzneseniu v exekučnom konaní podľa osobitného zákona (Exekučný poriadok), ak tento osobitný zákon neustanovuje inak a ani proti uzneseniu v konaní o vymáhanie súdnych pohľadávok podľa osobitného zákona. Prípustnosť odvolania v konaní podľa Exekučného poriadku je podľa § 202 ods. 2 &lt;aspi:// module='ASPI'&amp;link='99/1963 Zb.%2523202'&amp;ucin-k-dni='30.12.9999'&gt; O.s.p. postavená na opačnom princípe a to tak, že odvolanie nie je prípustné proti uzneseniu v exekučnom konaní podľa osobitného zákona, ak tento osobitný zákon neustanovuje inak. To znamená, že odvolanie proti uzneseniam v exekučnom konaní je prípustné iba vtedy, ak to zákon pri konkrétnych rozhodnutiach výslovne pripúšťa. Podľa § 50 ods. 1 zákona č. 233/1995 Z.z. o súdnych exekútoroch a exekučnej činnosti (Exekučný poriadok),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50 ods. 4 Exekučného poriadku proti rozhodnutiu, ktorým sa vyhovelo námietkam, je prípustné odvolanie. Podľa ustálenej judikatúry súdov SR vrátane Ústavného súdu SR, odvolací súd v tomto prípade rozhoduje bez toho, aby skúmal vecnú stránku napadnutého rozhodnutia súdu prvého stupňa a jemu predchádzajúce konanie. Podľa § 218 ods. 1 písm. c/ O.s.p. odvolací súd odmietne odvolanie, ktoré smeruje proti rozhodnutiu, proti ktorému nie je odvolanie prípustné.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https://www.kauzis.sk/judikatura/r/ECLI:SK:KSBA:2016:1415212917.1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