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1To/103/2016 z 4. 10. 2016</w:t>
      </w:r>
    </w:p>
    <w:p>
      <w:r>
        <w:t>Uznesenie Krajského súdu Bratislava z 4. októbra 2016, sp. zn. 1To/103/2016, ECLI:SK:KSBA:2016:1416000211.2</w:t>
      </w:r>
    </w:p>
    <w:p>
      <w:r>
        <w:t>Súd: Krajský súd Bratislava</w:t>
      </w:r>
    </w:p>
    <w:p>
      <w:r>
        <w:t>Spisová značka: 1To/103/2016</w:t>
      </w:r>
    </w:p>
    <w:p>
      <w:r>
        <w:t>ECLI: ECLI:SK:KSBA:2016:1416000211.2</w:t>
      </w:r>
    </w:p>
    <w:p>
      <w:r>
        <w:t>Dátum vydania: 4. 10.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1To/103/2016 Identifikačné číslo súdneho spisu: 1416000211 Dátum vydania rozhodnutia: 05. 10. 2016 Meno a priezvisko sudcu, VSÚ: JUDr. Magdaléna Blažová ECLI: ECLI:SK:KSBA:2016:1416000211.2 Uznesenie Krajský súd v Bratislave, v trestnej veci obžalovaného Štefana G., pre prečin ohrozenia pod vplyvom návykovej látky podľa § 289 ods. 1 Tr. zák. o odvolaní obžalovaného Štefana G. proti rozsudku samosudkyne Okresného súdu Bratislava IV z 10.08.2016, sp. zn. 0T/96/2016, predsedníčkou senátu JUDr. Magdalénou Blažovou, 05. októbra 2016 v Bratislave, takto r o z h o d o l : Podľa § 312 ods. 4 Tr. por. predsedníčka senátu odvolacieho súdu berie na vedomie späťvzatie odvolania obžalovaným Z. G., nar. XX.XX.XXXX v K.. o d ô v o d n e n i e : Rozsudkom samosudkyne Okresného súdu Bratislava IV z 10.08.2016, sp. zn. 0T 96/2016 bol obžalovaný Z. G., uznaný za vinného z prečinu ohrozenia pod vplyvom návykovej látky podľa § 289 ods. 1 Tr. zák. na tom skutkovom základe, ako je uvedené vo výrokovej časti napadnutého rozsudku. Za uvedený prečin bol obžalovanému Z. G. podľa § 289 ods. 1 Tr . zák. s použitím § 38 ods. 3, § 36 písm. l/, písm. n/, § 37 písm. m/ Tr. zák. uložený trest odňatia slobody vo výmere 3 (troch ) mesiacov, na výkon ktorého trestu v súlade s ustanovením § 48 ods. 2 písm. a/ Tr. zák. súd zaradil obžalovaného do ústavu na výkon trestu odňatia slobody s minimálnym stupňom stráženia . Podľa § 61 ods. 1, ods. 2 Tr. zák. súd uložil obžalovanému trest zákazu činnosti viesť motorové vozidlá všetkých druhov na dobu 3 (troch) rokov. Proti tomuto rozsudku samosudkyne Okresného súdu Bratislava IV, sp. zn. 0T 96/2016 z 10.08.2016 podal v zákonom stanovenej lehote uvedenej v ustanovení § 309 ods. 1 Tr. por. odvolanie obžalovaný Z. G., a to podaním doručeným okresnému súdu 17.08.2016 (č.l. 100), ktoré odvolanie bližšie písomne neodôvodnil a to ani sám, ani prostredníctvom svojho splnomocneného obhajcu. Obžalovaný Z. G. pred otvorením verejného zasadnutia nariadeného na deň 05.10.2016 uviedol, že svoje odvolanie proti rozsudku Okresného súdu Bratislava IV z 10.08.2016 sp. zn. 0T 96/2016 výslovne berie späť. Podľa § 312 ods. 4 Tr. por. vzatie odvolanie späť vezme uznesením na vedomie predseda senátu odvolacieho súdu, a ak nebola vec doteraz tomuto súdu predložená, predseda senátu súdu prvého stupňa. Vzhľadom k tomu, že predsedníčka senátu odvolacieho súdu nevzhliadla žiadnych prekážok brániacich tomu, aby späťvzatie odvolania bolo vzaté na vedomie, pretože prehlásenie o späťvzatí odvolania bolo výslovné (§ 312 ods. 2 Tr. por.) a k späťvzatiu došlo skôr, než sa odvolací súd odobral na záverečnú poradu rozhodla tak, ako je uvedené vo výrokovej časti tohto uznesenia. Poučenie: Proti tomuto uzneseniu sťažnosť nie je prípustná.</w:t>
      </w:r>
    </w:p>
    <w:p/>
    <w:p>
      <w:r>
        <w:t>Zdroj: KAUZIS.SK – https://www.kauzis.sk/judikatura/r/ECLI:SK:KSBA:2016:1416000211.2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