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5Co/402/2016 z 30. 10. 2016</w:t>
      </w:r>
    </w:p>
    <w:p>
      <w:r>
        <w:t>Uznesenie Krajského súdu Bratislava z 30. októbra 2016, sp. zn. 5Co/402/2016, ECLI:SK:KSBA:2016:1416201497.1</w:t>
      </w:r>
    </w:p>
    <w:p>
      <w:r>
        <w:t>Súd: Krajský súd Bratislava</w:t>
      </w:r>
    </w:p>
    <w:p>
      <w:r>
        <w:t>Spisová značka: 5Co/402/2016</w:t>
      </w:r>
    </w:p>
    <w:p>
      <w:r>
        <w:t>ECLI: ECLI:SK:KSBA:2016:1416201497.1</w:t>
      </w:r>
    </w:p>
    <w:p>
      <w:r>
        <w:t>Dátum vydania: 30.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68118</w:t>
      </w:r>
    </w:p>
    <w:p/>
    <w:p>
      <w:r>
        <w:t>Zdroj: KAUZIS.SK – https://www.kauzis.sk/judikatura/r/ECLI:SK:KSBA:2016:1416201497.1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