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5S/181/2016 z 5. 12. 2016</w:t>
      </w:r>
    </w:p>
    <w:p>
      <w:r>
        <w:t>Uznesenie Krajského súdu Bratislava z 5. decembra 2016, sp. zn. 5S/181/2016, ECLI:SK:KSBA:2016:1416205981.2</w:t>
      </w:r>
    </w:p>
    <w:p>
      <w:r>
        <w:t>Súd: Krajský súd Bratislava</w:t>
      </w:r>
    </w:p>
    <w:p>
      <w:r>
        <w:t>Spisová značka: 5S/181/2016</w:t>
      </w:r>
    </w:p>
    <w:p>
      <w:r>
        <w:t>ECLI: ECLI:SK:KSBA:2016:1416205981.2</w:t>
      </w:r>
    </w:p>
    <w:p>
      <w:r>
        <w:t>Dátum vydania: 5.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5S/181/2016 Identifikačné číslo súdneho spisu: 1416205981 Dátum vydania rozhodnutia: 06. 12. 2016 Meno a priezvisko sudcu, VSÚ: JUDr. Viera Šebestová ECLI: ECLI:SK:KSBA:2016:1416205981.2 Uznesenie Krajský súd v Bratislave v právnej veci žalobcu: C. K., bytom L. cesta XXX, XXX XX K., proti žalovanému: Mestská časť Bratislava - Lamač, Malokarpatské nám. 9, 841 03 Bratislava 47, o nariadenie neodkladného opatrenia v zmysle § 167 ods. 1, 2 zákona č. 160/2015 Z.z., takto r o z h o d o l : Krajský súd v Bratislave konanie z a s t a v u j e . Žiaden z účastníkov nemá právo na náhradu trov konania. o d ô v o d n e n i e : 1. Podaním doručeným Okresnému súdu Bratislava IV sa žalobca domáhal vydania predbežného opatrenia na dočasné pozastavenie predaja nehnuteľného majetku - spoluvlastníckeho podielu 1 parcely E-KN parc. č. XXXX, k. ú. L. na základe uznesenia miestneho zastupiteľstva č. XX/XXXX/VII. 2. Uznesením Okresného súdu Bratislava IV č.k. 10C/141/2016-21 zo dňa 04.08.2016 bol návrh žalobcu zo dňa 28.06.2016 postúpený na Krajský súd v Bratislave na prejednanie a rozhodnutie veci z dôvodu vecnej a miestnej príslušnosti. 3. Uznesením Krajského súdu v Bratislave č.k. 5S/181/2016-27 zo dňa 03.11.2016 bol žalobca vyzvaný v lehote 15 dní odo dňa doručenia uznesenia na doplnenie jeho žaloby zo dňa 28.06.2016 pre jej nezrozumiteľnosť, zmätočnosť a nespĺňanie náležitostí správnej žaloby. Zároveň bol žalobca poučený, že v prípade ak v stanovenej lehote určenej správnym súdom podanie nedoplní alebo neopraví, správny súd podanie odmietne uznesením; to neplatí, ak pre uvedený nedostatok možno v konaní pokračovať (§ 59 ods. 3 SSP). 4. Podaním doručeným správnemu súdu dňa 06.12.2016 žalobca zobral žalobu späť, pretože uznesenie miestneho zastupiteľstva č. 83/2016/VII bolo zastupiteľstvom na mimoriadnom zasadnutí zrušené. 5. Podľa § 63 SSP,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6. Podľa § 99 písm. a) SSP, správny súd konanie uznesením zastaví, ak žalobca vzal žalobu späť skôr, ako správny súd vo veci rozhodol. 7. Nakoľko žalobca vzal späť žalobu pred rozhodnutím veci, správny súd v súlade s § 99 písm. a) SSP konanie zastavil. 8. O náhrade trov konania správny súd rozhodol podľa § 170 písm. b) tak, že žiaden z účastníkov nemá právo na náhradu trov konania, nakoľko konanie bolo zastavené. 9. Toto rozhodnutie senát Krajského súdu v Bratislave prijal pomerom hlasov 3 : 0 (§ 3 ods. 9 zákona č. 757/2004 Z. z. v znení zákona č. 33/2011 Z. z.). Poučenie: P o u č e n i e : Proti tomuto uzneseniu možno podať kasačnú sťažnosť v lehote jedného mesiaca od jeho doručenia, na Krajský súd v Bratislave.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https://www.kauzis.sk/judikatura/r/ECLI:SK:KSBA:2016:1416205981.2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