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9Co/181/2016 z 30. 10. 2016</w:t>
      </w:r>
    </w:p>
    <w:p>
      <w:r>
        <w:t>Uznesenie Krajského súdu Bratislava z 30. októbra 2016, sp. zn. 9Co/181/2016, ECLI:SK:KSBA:2016:1507226255.1</w:t>
      </w:r>
    </w:p>
    <w:p>
      <w:r>
        <w:t>Súd: Krajský súd Bratislava</w:t>
      </w:r>
    </w:p>
    <w:p>
      <w:r>
        <w:t>Spisová značka: 9Co/181/2016</w:t>
      </w:r>
    </w:p>
    <w:p>
      <w:r>
        <w:t>ECLI: ECLI:SK:KSBA:2016:1507226255.1</w:t>
      </w:r>
    </w:p>
    <w:p>
      <w:r>
        <w:t>Dátum vydania: 30. 10. 2016</w:t>
      </w:r>
    </w:p>
    <w:p>
      <w:r>
        <w:t>Forma: Uznesenie</w:t>
      </w:r>
    </w:p>
    <w:p>
      <w:pPr>
        <w:pStyle w:val="Heading2"/>
      </w:pPr>
      <w:r>
        <w:t>Text rozhodnutia</w:t>
      </w:r>
    </w:p>
    <w:p>
      <w:r>
        <w:t>Súd: Krajský súd Bratislava Spisová značka: 9Co/181/2016 Identifikačné číslo súdneho spisu: 1507226255 Dátum vydania rozhodnutia: 31. 10. 2016 Meno a priezvisko sudcu, VSÚ: JUDr. Roman Huszár ECLI: ECLI:SK:KSBA:2016:1507226255.1 Uznesenie Krajský súd v Bratislave v senáte zloženom z predsedu senátu JUDr. Romana Huszára a členiek senátu JUDr. Magdalény Florekovej a JUDr. Zuzany Posluchovej v právnej veci žalobcu: T-Mobile Slovensko, a.s., so sídlom Vajnorská 100/A, Bratislava, IČO: 35 705 019, proti žalovanému: M. L., J.. X.X.XXXX, G. P. XX, G., o zaplatenie 1 129,86 € s príslušenstvom, na odvolanie žalovaného proti rozsudku Okresného súdu Bratislava V zo dňa 8.4.2009, č.k. 10C/273/2008-89 takto r o z h o d o l : Odvolací súd odvolanie žalovaného o d m i e t a . Žalobca má právo na náhradu trov odvolacieho konania v rozsahu 100 %. o d ô v o d n e n i e : 1. Napadnutým rozsudkom súd prvej inštancie uložil žalovanému povinnosť zaplatiť žalobcovi sumu 1 129,86 € s príslušenstvom, ako aj nahradiť trovy konania. 2. Uznesením č. k. 10C/273/2008-77 zo dňa 16.3.2009 bola žalovanému ustanovená za opatrovníčku Ľ. Y., K.H. Okresného N. G. F.. Rozsudok bol opatrovníčke žalovaného doručený dňa 24.4.2009. Žalovaný napadol rozsudok odvolaním domáhajúc sa jeho zrušenia, jeho odvolanie bolo osobne podané na Okresný súd Bratislava V dňa 23.5.2016. 3. Podľa § 470 ods. 1 prechodných ustanovení zákona č. 160/2015 Z. z. Civilný sporový poriadok platného a účinného od 1.7.2016 (ďalej len „CSP“) ak nie je ustanovené inak, platí tento zákon aj na konania začaté predo dňom nadobudnutia jeho účinnosti. 4. Odvolací súd s poukazom na vyššie uvedené ustanovenie CSP preskúmal a prejednal vec v rozsahu podaného odvolania v zmysle § 379 a § 380 ods. 1 CSP bez nariadenia odvolacieho pojednávania a dospel k záveru, že odvolanie žalovaného je potrebné odmietnuť. 5. Podľa § 386 písm. a/ CSP odvolací súd odmietne odvolanie, ak bolo podané oneskorene. 6. Podľa § 122 CSP súd odpustí zmeškanie lehoty, ak ju strana, zástupca alebo procesný opatrovník zmeškal z ospravedlniteľného dôvodu a bol preto vylúčený z úkonu, ktorý mu patrí. Návrh treba podať do 15 dní po odpadnutí prekážky a treba s ním spojiť i zmeškaný úkon. 7. Z obsahu spisu odvolací súd zistil, že žalovanému bol v konaní uznesením č. k. 10C/273/2008-77 zo dňa 16.3.2009 v zmysle vtedy účinného § 29 ods. 2 O.s.p. ustanovená opatrovníčka, ktorej bol napadnutý rozsudok doručený dňa 24.4.2009. Posledným dňom 15-dňovej lehoty na podanie odvolania opatrovníčkou žalovaného bol 11.5.2009. Napadnutý rozsudok nadobudol právoplatnosť dňa 15.5.2009. Žalovaný osobne podal odvolanie na súd prvej inštancie dňa 23.5.2016, teda zjavne oneskorene, po uplynutí lehoty na podanie odvolania. S poukazom na ustanovenie § 386 písm. a/ CSP odvolací súd odvolanie odmietol. 8. V posudzovanej veci neprichádzal do úvahy postup podľa § 122 CSP, teda odpustenie zmeškania lehoty, nakoľko žalovaný odpustenie zmeškania lehoty na podanie odvolania spolu s podaním odvolania nenavrhol. 9. O nároku na náhradu trov odvolacieho konania rozhodol odvolací súd v zmysle § 396 ods.1, § 262 ods. 1 v spojení s ustanovením § 256 ods. 1 C.s.p. s prihliadnutím na to, že v zákone absentuje úprava rozhodovania o trovách odvolacieho konania v prípade, že je odvolanie odmietnuté. V týchto prípadoch je nutné o náhrade trov konania rozhodnúť podľa cit. ustanovenia, ktoré je svojou povahou najbližšie odmietnutiu odvolania, keďže i v tomto prípade končí konanie bez toho, aby odvolací súd rozhodol o veci samej, a to v dôsledku procesného zavinenia strany sporu, ktorá podala odvolanie oneskorene. Tento účastník (v danom prípade žalovaný ) je potom povinný uhradiť protistrane trovy odvolacieho konania, keď o výške náhrady trov konania v zmysle § 262 ods. 2 C.s.p. rozhodne súd prvej inštancie po právoplatnosti rozhodnutia, ktorým sa konanie končí, samostatným uznesením, ktoré vydá súdny úradník. 10.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432 ods.2 C.s.p. ).</w:t>
      </w:r>
    </w:p>
    <w:p/>
    <w:p>
      <w:r>
        <w:t>Zdroj: KAUZIS.SK – https://www.kauzis.sk/judikatura/r/ECLI:SK:KSBA:2016:1507226255.1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