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6Co/13/2016 z 21. 6. 2016</w:t>
      </w:r>
    </w:p>
    <w:p>
      <w:r>
        <w:t>Uznesenie Krajského súdu Bratislava z 21. júna 2016, sp. zn. 6Co/13/2016, ECLI:SK:KSBA:2016:1509215176.4</w:t>
      </w:r>
    </w:p>
    <w:p>
      <w:r>
        <w:t>Súd: Krajský súd Bratislava</w:t>
      </w:r>
    </w:p>
    <w:p>
      <w:r>
        <w:t>Spisová značka: 6Co/13/2016</w:t>
      </w:r>
    </w:p>
    <w:p>
      <w:r>
        <w:t>ECLI: ECLI:SK:KSBA:2016:1509215176.4</w:t>
      </w:r>
    </w:p>
    <w:p>
      <w:r>
        <w:t>Dátum vydania: 21. 6. 2016</w:t>
      </w:r>
    </w:p>
    <w:p>
      <w:r>
        <w:t>Forma: Uznesenie</w:t>
      </w:r>
    </w:p>
    <w:p>
      <w:pPr>
        <w:pStyle w:val="Heading2"/>
      </w:pPr>
      <w:r>
        <w:t>Text rozhodnutia</w:t>
      </w:r>
    </w:p>
    <w:p>
      <w:r>
        <w:t>Súd: Krajský súd Bratislava Spisová značka: 6Co/13/2016 Identifikačné číslo súdneho spisu: 1509215176 Dátum vydania rozhodnutia: 22. 06. 2016 Meno a priezvisko sudcu, VSÚ: JUDr. Martin Murgaš ECLI: ECLI:SK:KSBA:2016:1509215176.4 Uznesenie Krajský súd v Bratislave v právnej veci žalobkyne: J. W., K. Z. F.. Č.. X, K., zast. advokátkou JUDr. Darinou Korábovou, Záborského ul. č. 42, Bratislava proti žalovaným: 1/ Záchranná zdravotná služba Bratislava, Antolská ul. č. 11, Bratislava, zast. advokátskou kanceláriou Jurek, advokátska kancelária, s.r.o., Mostová ul. č. 2, Bratislava, 2/ Allianz - Slovenská poisťovňa, a. s., Dostojevského rad č. 4, Bratislava, o náhradu škody, na čiastočné späťvzatie žaloby vo veci vedenej na Okresnom súde Bratislava V pod sp. zn. 12C/311/2009, pomerom hlasov 3:0, takto r o z h o d o l : Čiastočné späťvzatie žaloby sa p r i p ú š ť a, rozsudok Okresného súdu Bratislava V z 28. júla 2011, č. k. 12C/311/2009- 332 sa z r u š u j e vo výroku, ktorým bola zamietnutá žaloba o zaplatenie 1.242,19 eur a konanie sa v tejto časti z a s t a v u j e . o d ô v o d n e n i e : Súd prvého stupňa rozsudkom z 28.07.2011, č. k. 12C/311/2009- 332 uložil žalovaným 1/, 2/ povinnosť zaplatiť žalobkyni 16.049,92 eur, povinnosť nahradiť žalobkyni k rukám jej právnej zástupkyne trovy konania 4.518,57 eur a povinnosť zaplatiť na účet súdu prvého stupňa poplatok 962,50 eur, všetko do 3 dní od právoplatnosti rozsudku s tým, že plnením jednej zo žalovaných zaniká v rozsahu tohto plnenia povinnosť druhej žalovanej. Vo zvyšku súd prvého stupňa žalobu zamietol. Súd prvého stupňa žalobu okrem iného zamietol aj v časti, ktorou sa žalobkyňa domáhala náhrady škody pozostávajúcej z trov jej právneho zastúpenia v trestnom konaní vo výške 1.242,19 eur a v časti, ktorou sa domáhala náhrady škody vo výške 432,25 eur z titulu nákladov vynaložených na znalecké posudky znalca prof. M.. B. Z., R.. Na odvolanie všetkých účastníkov konania odvolací súd rozsudkom z 2. apríla 2012, č. k. 6Co/53/2012- 416 uvedený rozsudok súdu prvého stupňa vo veci samej zmenil tak, že žalovaným 1/, 2/ uložil povinnosť zaplatiť žalobkyni 3.278,28 eur do 3 dní s tým, že plnením jednej zo žalovaných zaniká v rozsahu tohto plnenia povinnosť druhej žalovanej. Vo zvyšku vo veci samej odvolací súd napadnutý rozsudok potvrdil, odvolacie konanie ohľadom odvolania žalovanej 1/ zastavil, výrok napadnutého uznesenia, ktorým bola žalovaným 1/, 2/ uložená povinnosť zaplatiť súdny poplatok 962,50 eur zmenil tak, že žalovaným 1/, 2/ uložil povinnosť zaplatiť poplatok vo výške 1.159,50 eur do 3 dní s tým, že plnením jednej zo žalovaných zaniká v rozsahu tohto plnenia povinnosť druhej žalovanej a výrok napadnutého rozsudku o trovách konania zrušil a vec v tomto rozsahu vrátil súdu prvého stupňa na ďalšie konanie. V odôvodnení tohto rozsudku odvolací súd uviedol, že výrok rozsudku súdu prvého stupňa, ktorým bola žalovaným uložená povinnosť zaplatiť žalobkyni sumu 16.049,92 eur z titulu zvýšenia náhrady za SSU na dvojnásobok nebol napadnutý odvolaním a nadobudol právoplatnosť. Odvolací súd však vychádzal z toho, že v tejto časti je nárok dôvodný do výšky 17.653,76 eur a preto z tohto titulu uložil žalovaným povinnosť zaplatiť žalobkyni sumu 1.603,84 eur (16.049,92 + 1.603,84 = 17.653,76 eur). Ďalej odvolací súd priznal žalobkyni náhradu škody pozostávajúcej z náhrady trov jej právneho zastúpenia v trestnom konaní vedenom proti Tiborovi Nagyovi vo výške 1.242,19 eur a náhradu škody pozostávajúcej z nákladov, ktoré žalobkyňa vynaložila na znalecké posudky znalca prof. M.. B.. Z., R.. č. 2/2006 a č. 9/2007 spolu vo výške 432,25 eur. Odvolací súd teda uložil žalovaným 1/, 2/ povinnosť zaplatiť žalobkyni spolu sumu 3.278,28 eur (1.603,84 + 1.242,19 + 432,25 = 3.278,28 eur). Rozsudkom súdu prvého stupňa, v spojení s rozsudkom odvolacieho súdu tak bola žalobkyni priznaná spolu suma 19.328,20 eur (16.049,92 + 3.278,28 = 19.328,20 eur). Najvyšší súd SR na dovolanie žalovanej 2/ uznesením z 10.09.2015, sp. zn. 3Cdo/167/2012 uvedený rozsudok odvolacieho súdu zrušil vo výroku, ktorým odvolací súd zmenil zamietajúci rozsudok súdu prvého stupňa tak, že žalovaným 1/, 2/ uložil povinnosť zaplatiť žalobkyni 1.242,19 eur titulom náhrady trov právneho zastúpenia žalobkyne v trestnom konaní vedenom na Okresnom súde Bratislava II pod sp. zn. 3T/97/2008 a vec v tomto rozsahu vrátil odvolaciemu súdu na ďalšie konanie. Vo zvyšku najvyšší súd dovolanie odmietol. Z toho vyplýva, že predmetom konania zostala náhrada škody vo výške 1.242,19 eur z titulu náhrady trov právneho zastúpenia žalobkyne v trestnom konaní. Žalobkyňa podaním zo 16.05.2016 (č. l. 511) vzala späť žalobu v časti náhrady škody pozostávajúcej z trov jej právneho zastúpenia v trestnom konaní vo výške 1.242,19 eur. Žalovaná 1/ vyjadrila so späťvzatím žaloby súhlas s tým, že požadovala priznať náhradu trov konania. Vzhľadom na späťvzatie žaloby v časti sumy 1.242,19 eur odvolací súd postupoval v zmysle § 208 O.s.p., späťvzatie žaloby pripustil, zrušil rozsudok súdu prvého stupňa vo výroku, ktorým bola žaloba v tejto časti zamietnutá a konanie v tejto časti zastavil. Odvolací súd podotýka, že Najvyšší súd SR uznesením z 10.09.2015, sp. zn. 3Cdo/167/2012 nezrušil výrok rozsudku odvolacieho súdu z 02.04.2012, č. k. 6Co/53/2012- 416, ktorým odvolací súd zmenil výrok rozsudku súdu prvého stupňa, ktorým bola žalovaným uložená povinnosť zaplatiť na účet súdu prvého stupňa poplatok 962,50 eur tak, že žalovaným uložil povinnosť zaplatiť poplatok vo výške 1.159,50 eur. Tento výrok rozsudku odvolacieho súdu teda nadobudol právoplatnosť. Keďže žalobkyňa bola zo zákona oslobodená od súdnych poplatkov (§ 4 ods. 2 písm.ch/ zák. č. 71/1992 Zb.), žalované sú v zmysle § 2 ods. 2 prvá veta zák. č. 71/1992 Zb. povinné podľa výsledku konania zaplatiť súdny poplatok za žalobu. Žalobkyňa bola v konečnom dôsledku v konaní úspešná v rozsahu 18.086,01 eur (19.328,20 - 1.242,19 = 18.086,01 eur) a poplatok 6 % z tejto sumy podľa Pol. 1 písm. a/ Sadzobníka súdnych poplatkov teda predstavuje sumu 1.085,- eur. Iba túto sumu sú teda žalované povinné zaplatiť a iba túto sumu teda bude súd prvého stupňa prípadne od nich vymáhať. O trovách prvostupňového a odvolacieho konania rozhodne súd prvého stupňa, pretože Najvyšší súd SR uznesením z 10.09.2015, sp. zn. 3Cdo/167/2012 nezrušil výrok rozsudku odvolacieho súdu z 02.04.2012, č. k. 6Co/53/2012- 416, ktorým odvolací súd zrušil výrok rozsudku súdu prvého stupňa z 28.07.2011, č. k. 12C/311/2009-332 o trovách konania a vec mu v tomto rozsahu vrátil na ďalšie konanie. Pokiaľ ide o sumu 18.086,01 eur, v ktorej bola žalobkyňa úspešná, súd prvého stupňa rozhodne o trovách konania podľa zásady úspechu v konaní (§ 142 O.s.p.), zatiaľ čo pokiaľ ide o späťvzatú časť žaloby, súd prvého stupňa o trovách konania rozhodne podľa § 146 ods. 2 prvá veta O.s.p., pretože zastavenie konania ohľadom sumy 1.242,19 eur zavinila žalobkyňa späťvzatím žaloby. Poučenie: Proti tomuto uzneseniu odvolanie nie je prípustné.</w:t>
      </w:r>
    </w:p>
    <w:p/>
    <w:p>
      <w:r>
        <w:t>Zdroj: KAUZIS.SK – https://www.kauzis.sk/judikatura/r/ECLI:SK:KSBA:2016:1509215176.4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