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8Co/30/2013 z 14. 3. 2016</w:t>
      </w:r>
    </w:p>
    <w:p>
      <w:r>
        <w:t>Rozsudok Krajského súdu Bratislava z 14. marca 2016, sp. zn. 8Co/30/2013, ECLI:SK:KSBA:2016:1511226684.1</w:t>
      </w:r>
    </w:p>
    <w:p>
      <w:r>
        <w:t>Súd: Krajský súd Bratislava</w:t>
      </w:r>
    </w:p>
    <w:p>
      <w:r>
        <w:t>Spisová značka: 8Co/30/2013</w:t>
      </w:r>
    </w:p>
    <w:p>
      <w:r>
        <w:t>ECLI: ECLI:SK:KSBA:2016:1511226684.1</w:t>
      </w:r>
    </w:p>
    <w:p>
      <w:r>
        <w:t>Dátum vydania: 14. 3. 2016</w:t>
      </w:r>
    </w:p>
    <w:p>
      <w:r>
        <w:t>Forma: Rozsudok</w:t>
      </w:r>
    </w:p>
    <w:p>
      <w:r>
        <w:t>Oblasť práva: Občianske právo</w:t>
      </w:r>
    </w:p>
    <w:p>
      <w:pPr>
        <w:pStyle w:val="Heading2"/>
      </w:pPr>
      <w:r>
        <w:t>Text rozhodnutia</w:t>
      </w:r>
    </w:p>
    <w:p>
      <w:r>
        <w:t>Súd: Krajský súd Bratislava Spisová značka: 8Co/30/2013 Identifikačné číslo súdneho spisu: 1511226684 Dátum vydania rozhodnutia: 15. 03. 2016 Meno a priezvisko sudcu, VSÚ: JUDr. Jana Vlčková ECLI: ECLI:SK:KSBA:2016:1511226684.1 ROZSUDOK V MENE SLOVENSKEJ REPUBLIKY Krajský súd v Bratislave v senáte zloženom z predsedníčky senátu JUDr. Jany Vlčkovej a členov senátu JUDr. Moniky Holickej a JUDr. Ondreja Krajča v právnej veci navrhovateľa: Slovenská republika, zastúpená Slovenským pozemkovým fondom, so sídlom Búdkova 36, Bratislava, zastúpeného Mgr. Petrom Bollardtom, advokátom, so sídlom Štúrova 4, Bratislava, proti odporcom: 1/ R. C., F. Y. Č.. XX, F., zastúpenému Mgr. Monikou Martonovou, advokátkou, so sídlom Vajnorská 8/A, Bratislava, 2/ Y. C., F. U. Č.. XX, F., 3/ R. C., F. U. Č.. XX, F., o určenie vlastníckeho práva k nehnuteľnostiam, na odvolanie odporcov 1/, 2/ a 3/ proti rozsudku Okresného súdu Bratislava V, zo dňa 28. septembra 2012, č.k. 50C 353/2011-75, jednohlasne takto r o z h o d o l : Odvolací súd napadnutý rozsudok súdu prvého stupňa p o t v r d z u j e . Odporcovia 1/, 2/ a 3/ sú povinní spoločne a nerozdielne zaplatiť navrhovateľovi náhradu trov odvolacieho konania v sume 79,58 eur, na účet právneho zástupcu navrhovateľa, do troch dní. o d ô v o d n e n i e : Napadnutým rozsudkom súd prvého stupňa určil, že Y. L., C.. A., W.. XX.XX.XXXX, A. XX.XX.XXXX, naposledy bytom Y. XX, F. - R., bola ku dňu svojej smrti spoluvlastníčkou pozemkov T.. Č.. XXX, I. T. I. U.Y. X XXX Y., T.. Č.. XXX, I. T. I. U. X XXX Y., T.. Č.. XXX, I. T. I. U.Y. X XXX Y., T.. Č.. XXX, I. T. I. U. X XXX Y., T.. Č.. XXX, I. T. I. U. XX XXX Y., T.. Č.. XXX, I. T. I. U. X XXX Y., T.. Č.. XXXX, I. T. I. U. XX XXX Y., W. L. U. V.. Ú..: R., M. Č. A. na N. Č.. XXXX U. L.U. V. pre Q. Y. L. F. E. T. C. "., T. T.. Č.. XXX, I. T. I. U.Y. X XXX Y., T.. Č.. XXX, I. T. I. U. X XXX Y., T.. Č.. XXX/X, I. T. I. U. XXX Y., T.. Č.. XXX/X, I. T. I. U. X XXX Y., T.. Č.. XXXX, I. T. I. U. X XXX Y., T.. Č.. XXXX, I. T. I. U.Y. XXXXX Y., T.. Č.. XXXX/X, U. I. U. XXX Y., T.. Č.. XXXX/X, I. T. I. U. X XXX Y., T.. Č.. XXXX, I. T. I. U. X XXX Y. , T.. Č.. XXXX, I. T.H. I. U. XXXX Y., T.. Č.. XXXX, N. T. I. U. X XXX Y. , T.. Č.. XXXX, I. T.Ô. I. U. XXX Y., T.. Č.. XXXX/X, M. M. T. I. U. X XXX Y., W.Z. L. U. V..Ú..: R., M. Č. A. na N. Č.. XXXX U. L. V. pre Q. Y.M. L. F. E. T. C. ". E. T. T.. Č.. XXX, I. T. I. U.Y. X XXX Y., T.. Č.. XXX, I. T. I. U. X XXX Y., T.. Č.. XXX, I. T. I. U.Y. X XXX Y., T.. Č.. XXX, I. T. I. U. X XXX Y., T.. Č.. XXXX, I. T. I. U. X XXX Y., T.. Č.. XXXX, I. T. I. U. X XXX Y., T.. Č.. XXXX, I. T. I. U. XXX Y., T.. Č.. XXXX, I. T. I. U. X XXX Y., T.. Č.. XXXX/X, I. T. I. U.Y. XXX Y., W. L. U. V..Ú..: R., M. Č. A. na N. Č..XXXX U. L. V. pre Q. Y. L. F. E. T. C. ".,U. T. U. T. X/X. A. G.K., Ž. L. T. U. U. X/X V. T. T.. Č.. XXX, I. T.Ô. I. U. X XXX Y., T.. Č.. XXX, I. T. I. U. X XXX Y., T.. Č.. XXX, I. T. I. U. X XXX Y., T.. Č.. XXX, I. T.H. I. U. X XXX Y., T.. Č.. XXX, I. T. I. U. XX XXX Y., T.. Č.. XXX, I. T.H. I. U. X XXX Y., T.. Č.. XXXX, I. T. I. U. XX XXX Y., W.H. L. U. V..Ú..: R., M. Č. A. na N. Č.. XXXX U. L. V. pre Q. Y. L. F. E. T. C. "., W. R. U. odporcu X/. Ď. G., Ž. L.E. T. U. U. X/X V. T. T.. Č.. XXX, I. T. I. U. X XXX Y., T.. Č.. XXX, I. T. I. U. XXXX Y., T.. Č.. XXX/X, I. T. I. U. XXX Y., T.. Č.. XXX/X, I. T.H. I. U. XXXX Y., T.. Č.. XXXX, I. T. I. U. X XXX Y., T.. Č.. XXXX, I. T. I. U. XX XXX Y., T.. Č.. XXXX/X, U. I. U. XXX Y., T.. Č.. XXXX/X, I. T. I. U. X XXX Y., T.. Č.. XXXX, I.Á. T. I. U. X XXX Y., T.. Č.. XXXX, I. T. I. U.Y. XXXX Y., T.. Č.. XXXX, N. T. I. U. X XXX Y., T.. Č.. XXXX, I. T. I. U.Ý. XXX Y., T.. Č.. XXXX/X, M. M. T. I. U. X XXX Y., W. L. U. V..Ú..: R., M. Č. A. na N. Č.. XXXX U. L. V. pre Q. Y. L. F.E. E. T. C. "., W. L. U. I. X/ E. G., Ž. L. T. U. U.V. X/X V. T. T.. Č.. XXX, I. T. I. U. X XXX Y., T.. Č.. XXX, I. T. I. U. X XXX Y., T.. Č.. XXX, I. T. I. U. X XXX Y., T.. Č.. XXX, I. T. I. U. X XXX Y. , T.. Č.. XXXX, I. T. I. U. X XXX Y., T.. Č.. XXXX, I. T. I. U. X XXX Y., T.. Č.. XXXX, I. T. I. U. XXX Y., T.. Č.. XXXX, I. T. I. U. X XXX Y., T.. Č.. XXXX/X, I. T. I. U. XXX Y. W. L. U. V..Ú..: R., M. Č. A. na N. Č.. XXXX vedenom Správou katastra pre hlavné mesto SR Bratislavu ako parcely registra "E", nie sú vlastníctvom odporkyne 3/. Odporcom 1/, 2/ a 3/ uložil povinnosť spoločne a nerozdielne zaplatiť trovy konania pozostávajúce z trov právneho zastúpenia v sume 393,34 eur, na účet právneho zástupcu navrhovateľa a uložil im aj povinnosť spoločne a nerozdielne zaplatiť na účet súdu sumu 99,50 eur. Odporcovi 1/ uložil povinnosť zaplatiť na účet súdu sumu 99,50 eur, odporkyni 2/ uložil povinnosť zaplatiť na účet súdu sumu 99,50 eur a odporkyni 3/ uložil povinnosť zaplatiť na účet súdu sumu 99,50 eur. Z pripojeného dedičského spisu Okresného súdu Bratislava V č. D 471/53 zistil, že po T. Š. A. L.., A.. XX.XX.XXXX, pôvodné PK pozemky, z ktorých boli vytvorené sporné pozemky vo veľkosti spoluvlastníckeho podielu 2/4 zdedila dcéra poručiteľa ako jediná dedička, a to Y.C. L., C.. A.. Z pripojeného dedičského spisu Okresného súdu Bratislava V č. D 231/86 po poručiteľke Y. L.V., C.. A. zistil, že poručiteľka zomrela bez zanechania závetu, dedičov nezanechala; dedičstvo ako odúmrť pripadlo Československému štátu, pričom predmetom dedenia bol len dom súp.č. XX a záhrada v evidencii nehnuteľností v Bratislave, vedené na LV č. XXX, parc. č. XXX E. XXX a iný majetok v dedičskom konaní po poručiteľke nebol prejednaný. Zároveň z uvedeného dedičského spisu zistil, že Y. L., C.. A., bola spoluvlastníčkou sporných pozemkov vo veľkosti spoluvlastníckeho podielu 1/4, ktoré nadobudla po svojej matke. Ďalej z pripojených dedičských spisov zistil, že odporca 1/ požiadal o prejednanie novoobjaveného dedičstva uvedeného v PK vložke č. XX v k.ú. F. - R. po zomrelých Š. A. L.., Y. L., rod. A. E. Š. A. Y.., konania ktoré boli právoplatne zastavené z dôvodu, že konanie po poručiteľke Y. L., C.. A., bolo prejednané Štátnym notárstvom Bratislava V pod č.k. D 231/86, nadobudlo právoplatnosť dňa 03.11.1986, poručiteľka zomrela bez zanechania závetu, dedenie zo zákona nenastalo, rozhodnutím Štátneho notárstva Bratislava V všetok jej majetok pripadol ako odúmrť Československému štátu. Z notárskej zápisnice č. N 151/2010, Nz 16450/2010, NCRls 16729/2010, spísanej dňa 11.05.2010 notárkou JUDr. Agátou Wiegerovou, zistil, že odporca 1/ je titulom vydržania vlastníkom sporných nehnuteľností v k.ú. R., I. F. - Y. Č. R., okres Bratislava V, zapísaných na LV č. XXXX a LV č. XXXX, vedenom Správou katastra pre hl. mesto SR Bratislavu v podiele 2/4 a 1/4. Podľa notárskej zápisnice Y. L., C.. A., za poskytnutú starostlivosť darovala odporcovi 1/ ústne uzatvorenou darovacou zmluvou všetky nehnuteľnosti, ktoré vlastnila, a ktoré sú popísané v bode 1 notárskej zápisnice, t.j. podiel 1/4 na sporných nehnuteľnostiach, ktoré nadobudla po svojej matke ako aj podiel 2/4 na sporných nehnuteľnostiach, ktoré patrili jej otcovi Š. A. L.., a ktoré jej odkázal závetom zo dňa 03.04.1949. Zistený skutkový stav posúdil podľa § 134 ods. 1, 2, 3, § 407 ods. 1, 2 a 3 Obč. zákonníka a dospel k záveru, že v konaní nebolo jednoznačne preukázané, že došlo k darovaniu sporných pozemkov otcovi odporcu 1/, keď podľa vyjadrenia odporcu 1/ ako i svedkyne Y.. O., Y. L. hovorila o tom, že pozemky budú raz patriť otcovi odporcu 1/, resp. že sú jeho a iba svedok O. uviedol, že počul Y. L. povedať otcovi odporcu 1/: "polia dávam Tebe", pričom predtým svedok uviedol, že viackrát bol svedkom toho, ako otcovi odporcu 1/ pani L. povedala, že: "tieto polia sú Tvoje". Dospel k záveru, že vyjadrenia Y. L., týkajúce sa sporných pozemkov, reprodukované odporcom 1/, ako aj vypočutými svedkami, nenapĺňajú podstatné znaky darovacej zmluvy, na základe ktorých by bolo možné konštatovať, že Y. L. darovala otcovi odporcu 1/ sporné pozemky, a že tento ich ako dar prijal. Keďže odporca 1/ podľa osvedčenia o vydržaní nadobudol vlastnícke právo k sporným pozemkom vydržaním, poukázal aj na právnu úpravu vydržania podľa Obč. zákonníka, platného v období pred smrťou Y. L., ako aj na právnu úpravu darovacej zmluvy, ktorá v tom čase musela mať písomnú formu a o jej registrácii muselo rozhodnúť štátne notárstvo a aj s poukazom na rozsudok Najvyššieho súdu SR sp.zn. 3M Cdo 7/2010 a 3M Cdo 8/2010 dospel k záveru, že otec odporcu 1/ a ani odporca 1/ nemohli byť nikdy dobromyseľní v tom, že sa na základe ústnej darovacej zmluvy stali vlastníkmi sporných pozemkov. Vzhľadom na uvedené dospel k záveru, že Y. L., C.. A., nedarovala spoluvlastnícky podiel na sporných pozemkoch vo veľkosti 3/4 otcovi odporcu 1/ a bola ku dňu svojej smrti vlastníčkou sporných pozemkov vo veľkosti podielu 3/4, a teda odporca 1/ sa nestal spoluvlastníkom sporných pozemkov a nemohol tieto platne darovať odporkyniam 2/ a 3/. O náhrade trov konania rozhodol podľa § 142 ods. 1 O.s.p. a vzhľadom na to, že navrhovateľ bol v konaní oslobodený od platenia súdneho poplatku, podľa § 4 ods. 2 písm. a/ zákona č. 71/1992 Zb. v znení neskorších zmien a doplnkov a v konaní mal úspech, zaviazal na zaplatenie súdneho poplatku za návrh na začatie konania odporcov 1/, 2/ a 3/ podľa § 2 ods. 2 cit. zákona. Proti tomuto rozsudku v časti, v ktorej súd prvého stupňa určil, že Y. L., C.. A., bola ku dňu svojej smrti spoluvlastníčkou pozemkov zapísaných na LV č. XXXX, Č.. XXXX E. Č.. XXXX v podiele 3/4 a určil, že spoluvlastnícky podiel vo výške 3/4 k pozemkom, zapísaným na LV č. XXXX, nie je vlastníctvom odporcu 1/, ako aj v časti uloženia odporcovi 1/ povinnosti zaplatiť trovy konania a súdne poplatky, podal odvolanie v zákonom stanovenej lehote odporca 1/, žiadal v napadnutej časti rozsudok súdu prvého stupňa zrušiť a vec mu vrátiť na ďalšie konanie. Namietal nesprávne zistený skutkový stav a nesprávne právne posúdenie veci súdom prvého stupňa a nepreskúmateľnosť napadnutého rozsudku pre nedostatok dôvodov. S poukazom na svoje vyjadrenie zo dňa 17.02.2012 namietal, že spoluvlastnícky podiel 3/4 na sporných pozemkoch nebol v čase smrti Y. L. jej vlastníctvom a nemohol byť ani predmetom dedičstva po nej, resp. predmetom odúmrti po poručiteľke, pretože tento spoluvlastnícky podiel bol už počas jej života výslovne darovaný otcovi odporcu 1/, a to neperfektnou darovacou zmluvou za prítomnosti svedkov. Pri tomto právnom úkone darovania boli splnené všetky pojmové znaky darovania, a to bezodplatnosť, dobrovoľnosť, ako aj identifikácia daru. Otec odporcu 1/ dar v okamihu darovania ústne prijal. Ďalej uviedol, že na pojednávaní dňa 08.06.2012 podrobne uviedol udalosť a okolnosti darovania. Namietal, že skutočnosť, či otec odporcu 1/ dar od Y.C. L. v okamihu darovania ústne prijal, nebola v konaní medzi účastníkmi sporná. Navrhovateľ žiadnym spôsobom nepreukázal, že by jeho otec dar v okamihu darovania neprijal, resp. že by dar odmietol. Ďalej namietal, že súd prvého stupňa sa v odôvodnení rozsudku nevysporiadal so skutočnosťou, že sporné pozemky neboli ani v dedičskom konaní po poručiteľke Y. L. vôbec prejednávané, i keď v čase dedičského konania ako nehnuteľný majetok, boli existujúce a známe. Táto skutočnosť podľa jeho názoru svedčí o tom, že sporné pozemky v podiele 3/4 prešli za života Y. L.V. na otca odporcu 1/ neperfektnou darovacou zmluvou. Ďalej uviedol, že nespochybňuje existenciu relevantnej právnej úpravy darovania, ktorá bola upravená v ust. § 470 ods. 1, 2 a 3 Obč. zákonníka platného a účinného do 31.12.1991 a je si vedomý nedostatku spôsobujúceho neperfektnosť darovacej zmluvy, ale trvá na tom, že Y. L. sporné pozemky v spoluvlastníckom podiele 3/4 darovala otcovi odporcu 1/, ktorý tieto pozemky ústne prijal. Pokiaľ súd prvého stupňa v odôvodnení rozsudku poukázal na rozsudok Najvyššieho súdu SR sp.zn. 3M Cdo 7/2010 a 3M Cdo 8/2010, namietal, že použitie tohto rozhodnutia je vylúčené v prejednávanej veci, pretože žiadne zákonné ustanovenie z obdobia darovania, resp. smrti Y. L., neustanovovalo občanom Československej socialistickej republiky, aby poznali každý právny predpis, ktorý vyšiel v zbierke zákonov. Proti tomuto rozsudku v časti, v ktorej súd prvého stupňa určil, že Y. L. bola ku dňu svojej smrti spoluvlastníčkou pozemkov, zapísaných na LV č. XXXX, Č.. XXXX, č. XXXX, v podiele 3/4 a určil, že spoluvlastnícky podiel vo výške 3/4 k pozemkom, zapísaným na LV č. XXXX, nie je vlastníctvom odporkyne 2/, ako aj v časti uloženia povinnosti odporkyni 2/ zaplatiť trovy konania a súdne poplatky, podala odvolanie v zákonom stanovenej lehote odporkyňa 2/, žiadala rozsudok súdu prvého stupňa v napadnutej časti zrušiť a vec mu vrátiť na ďalšie konanie. Namietala nesprávne zistený skutkový stav a nesprávne právne posúdenie veci súdom prvého stupňa a nepreskúmateľnosť napadnutého rozsudku pre nedostatok dôvodov. S poukazom na svoje písomné vyjadrenie zo dňa 17.02.2012 namietala, že nie je pravdou, že spoluvlastnícky podiel 3/4 na sporných pozemkoch bol v čase smrti Y.C. L. jej vlastníctvom, a teda tento podiel nemohol byť ani predmetom dedičstva po nej, resp. predmetom odúmrti po poručiteľke, keď tento spoluvlastnícky podiel bol už počas života Y. L. výslovne darovaný Y. L. otcovi odporcu 1/, a to neperfektnou darovacou zmluvou za prítomnosti svedkov. Pri tomto právnom úkone darovania boli splnené všetky pojmové znaky darovania, a to bezodplatnosť, dobrovoľnosť, ako aj identifikácia daru. Otec odporcu 1/ dar v okamihu darovania ústne prijal. Uviedla, že skutočnosť, či otec odporcu 1/ dar od Y.C. L. v okamihu darovania ústne prijal, nebola v konaní medzi účastníkmi sporná. Namietala, že navrhovateľ nepreukázal, že by otec odporcu 1/ dar v okamihu darovania neprijal, resp. že by dar odmietol. Ďalej namietala, že súd prvého stupňa sa v odôvodnení rozsudku nevysporiadal so skutočnosťou, že sporné pozemky neboli v základnom dedičskom konaní po poručiteľke Y. L. vôbec prejednávané, i keď boli v čase dedičského konania ako nehnuteľný majetok existujúce a známe, čo podľa jej názoru svedčí o tom, že tieto pozemky v spoluvlastníckom podiele 3/4 prešli za života Y.C. L. na otca odporcu 1/ neperfektnou darovacou zmluvou. Ďalej uviedla, že nespochybňuje existenciu relevantnej právnej úpravy darovania, ktorá bola upravená v ust. § 470 ods. 1, 2 a 3 Obč. zákonníka platného a účinného do 31.12.1991 a je si vedomá nedostatku spôsobujúceho neperfektnosť darovacej zmluvy, ale trvá na tom, že Y. L. darovala sporné pozemky v spoluvlastníckom podiele 3/4 otcovi odporcu 1/, ktorý tieto pozemky ústne prijal. Uviedla, že podľa jej názoru rozsudok Najvyššieho súdu SR sp.zn. 3M Cdo 7/2010 a 3M Cdo 8/2010 nemožno aplikovať v prejednávanej veci, pretože žiadne zákonné ustanovenie z obdobia darovania, resp. smrti Y. L., neustanovovalo občanom Československej socialistickej republiky, aby poznali každý právny predpis, ktorý vyšiel v zbierke zákonov. Proti tomuto rozsudku v časti, v ktorej súd prvého stupňa určil, že Y. L. bola ku dňu svojej smrti spoluvlastníčkou pozemkov, zapísaných na LV č. XXXX, Č.. XXXX, č. XXXX, v podiele 3/4 a určil, že spoluvlastnícky podiel vo výške 3/4 k pozemkom, zapísaným na LV č. XXXX, nie je vlastníctvom odporkyne 3/, ako aj v časti uloženia povinnosti odporkyni 3/ zaplatiť trovy konania a súdne poplatky, podala odvolanie v zákonom stanovenej lehote odporkyňa 3/, žiadala rozsudok súdu prvého stupňa v napadnutej časti zrušiť a vec mu vrátiť na ďalšie konanie. Namietala nesprávne zistený skutkový stav a nesprávne právne posúdenie veci súdom prvého stupňa a nepreskúmateľnosť napadnutého rozsudku pre nedostatok dôvodov. Uviedla, že nie je pravdou, že spoluvlastnícky podiel 3/4 na sporných pozemkoch bol v čase smrti Y. L. jej vlastníctvom, a teda nemohol byť predmetom dedičstva po nej, resp. predmetom odúmrti po poručiteľke, pretože tento spoluvlastnícky podiel na predmetných pozemkoch bol už počas života Y. L.H. výslovne ňou darovaný otcovi odporcu 1/, a to neperfektnou darovacou zmluvou za prítomnosti svedkov. Pri tomto právnom úkone darovania boli splnené všetky pojmové znaky darovania, a to bezodplatnosť, dobrovoľnosť, ako aj identifikácia daru. Otec odporcu 1/ dar v okamihu darovania ústne prijal. Uviedla, že skutočnosť, či otec odporcu 1/ dar od Y. L. v okamihu darovania ústne prijal, nebola v konaní medzi účastníkmi sporná. Namietala, že súd prvého stupňa sa nevysporiadal so skutočnosťou, že sporné pozemky v spoluvlastníckom podiele 3/4 neboli v dedičskom konaní po poručiteľke Y. L. vôbec prejednávané, i keď boli v čase dedičského konania ako nehnuteľný majetok existujúce a známe, čo podľa jej názoru svedčí o tom, že tieto pozemky v uvedenom spoluvlastníckom podiele prešli za života Y. L. na otca odporcu 1/ neperfektnou darovacou zmluvou. Uviedla, že nespochybňuje existenciu relevantnej právnej úpravy darovania, ktorá bola upravená v ust. § 470 ods. 1,2 a 3 Obč. zákonníka platného a účinného do 31.12.1991 a je si vedomá nedostatku spôsobujúceho neperfektnosť darovacej zmluvy, ale trvá na tom, že Y. L. darovala sporné pozemky v spoluvlastníckom podiele 3/4 otcovi odporcu 1/, ktorý tieto pozemky ústne prijal. Podľa jej názoru na daný prípad nemožno aplikovať rozsudok Najvyššieho súdu SR sp. zn. 3M Cdo 7/2010 a 3M Cdo 8/2010, na ktorý poukázal súd prvého stupňa, pretože žiadne zákonné ustanovenie práva z obdobia darovania, resp. smrti Y. L., neustanovovalo občanom Československej socialistickej republiky, aby poznali každý právny predpis, ktorý vyšiel v zbierke zákonov. Navrhovateľ vo svojom vyjadrení k odvolaniam odporcov 1/, 2/ a 3/ navrhol napadnutý rozsudok súdu prvého stupňa ako vecne správny potvrdiť a priznať mu náhradu trov odvolacieho konania v celkovej sume 79,58 eur. Uviedol, že podľa jeho názoru prvostupňový súd vykonal dokazovanie v potrebnom rozsahu a na jeho základe správne zistil skutkový stav veci, zároveň vec správne právne posúdil a svoje rozhodnutie náležite odôvodnil. Nestotožnil sa s tvrdením odporcov, že skutočnosť, či otec odporcu 1/ dar od Y.C. L. v okamihu darovania ústne prijal, nebola medzi účastníkmi konania sporná a namietal, že počas celého prvostupňového konania spochybňoval údajné ústne darovanie predmetných nehnuteľností, a keďže tvrdí, že dar neexistoval, nemohol sa ani vyjadrovať k jeho prijatiu. K aplikácii rozsudku Najvyššieho súdu SR sp.zn. 3M Cdo 7/2010 a 3M Cdo 8/2010 uviedol, že predmetný rozsudok vychádza z jednej zo základných zásad, na ktorých je postavený náš právny systém už od nepamäti, a to zo zásady "neznalosť práva neospravedlňuje". Uviedol, že základné zásady a princípy nemusia byť v platnom právnom poriadku explicitne vyjadrené, avšak napriek uvedenému, sú pri aplikácii a výklade práva záväzné. Záväznosť tejto zásady je potvrdená aj tým, že súdy v Slovenskej republike sa na ňu vo svojich rozhodnutiach opakovane odvolávajú. V tejto súvislosti k formálnym podmienkam pre platné darovanie nehnuteľností v spornom období uviedol, že nešlo o žiadne špeciálne právne predpisy, u ktorých je predpoklad, že boli známe iba odbornej verejnosti, keď na prevod nehnuteľností sa už dlhé desaťročia pred údajným darom vyžadovalo určité formálne schválenie, a to či už vklad do pozemkovej knihy, schválenie štátnym notárstvom alebo vklad do katastra nehnuteľností a táto skutočnosť bola všeobecne známa a je veľmi nepravdepodobné, že by si otec odporcu 1/ a Y. L. tejto skutočnosti neboli vedomí. Poukázal na to, že uvedený rozsudok Najvyššieho súdu SR rieši situáciu, kedy k začatiu plynutia vydržacej doby malo dôjsť v roku 1975, teda v zásade v rovnakom období ako v prejednávanom prípade, a preto považuje za nedôvodnú námietku odporcov, že závery uvedeného rozsudku nemožno uplatniť v tomto konaní. Odvolací súd prejednal vec podľa § 212 ods. 1 O.s.p., bez nariadenia odvolacieho pojednávania podľa § 214 ods. 2 O.s.p. v spojení s ust. § 156 ods. 3 O.s.p. a dospel k záveru, že napadnutý rozsudok súdu prvého stupňa je vecne správny. V prejednávanej veci súd prvého stupňa vykonal dokazovanie v dostatočnom rozsahu potrebnom na zistenie skutočností rozhodujúcich pre posúdenie dôvodnosti návrhu navrhovateľa, ktorým sa domáhal určenia, že Y. L., C.. A., bola ku dňu svojej smrti spoluvlastníčkou sporných pozemkov v podiele 3/4 a určenia, že odporcovia 1/, 2/ a 3/ nie sú vlastníkmi spoluvlastníckych podielov vo výške 3/4 k nehnuteľnostiam špecifikovaným v petite návrhu, ako aj na posúdenie opodstatnenosti tvrdení odporcov z hľadiska skutočností, ktoré uviedli na svoju obranu, a v rozsahu dôkazných návrhov účastníkov konania (§ 120 ods. 1, 4 O.s.p.). Vykonané dôkazy vyhodnotil v súlade s ust. § 132 O.s.p., vec posúdil správne po právnej stránke, keď na zistený skutkový stav aplikoval ust. § 134 ods. 1, 2 a 3 Obč. zákonníka a ust. § 407 ods. 1, 2 a 3 Obč. zákonníka v znení platnom a účinnom ku dňu smrti Y. L. a správne dospel k záveru, že Y. L., C.. A., nedarovala spoluvlastnícky podiel na sporných pozemkoch vo veľkosti 3/4 otcovi odporcu 1/ a bola ku dňu svojej smrti vlastníčkou tohto spoluvlastníckeho podielu na sporných pozemkoch a odporca 1/ sa teda nestal spoluvlastníkom sporných pozemkov a nemohol tieto platne darovať odporkyniam 2/ a 3/. Podľa § 407 ods. 1 Obč. zákonníka v znení platnom a účinnom ku dňu 16.05.1986, t.j. ku dňu smrti Y.C. L., C.. A., na darovanie je potrebné, aby obdarovaný ponuku daru prijal. Podľa § 407 ods. 2 cit. zákona darovacia zmluva musí byť písomná, ak nedôjde k odovzdaniu a prevzatiu veci už pri darovaní. Podľa § 134 ods. 2 cit. zákona, ak sa nehnuteľná vec prevádza na základe zmluvy, nadobúda sa vlastníctvo účinnosťou zmluvy; na jej účinnosť je potrebná registrácia štátnym notárstvom, ak nejde o prevod do socialistického vlastníctva. Z citovaných ustanovení vyplýva, že darovanie je dvojstranným právnym úkonom, pričom darovacia zmluva, ktorá sa týkala nehnuteľností, musela byť v čase smrti poručiteľky Y.C. L. uzavretá v písomnej forme a účinnosť nadobúdala až registráciou štátnym notárstvom. V prejednávanej veci aj podľa tvrdení odporcu 1/ nedošlo počas života Y. L. medzi ňou ako darcom a otcom odporcu 1/ ako obdarovaným k uzavretiu platnej a účinnej darovacej zmluvy v zmysle cit. ustanovení, keď aj odporca 1/ tvrdí, že Y. L. jeho otcovi darovala sporné nehnuteľnosti len ústne, a teda neperfektnou zmluvou. Táto skutočnosť, že počas života Y. L. nedošlo medzi ňou a otcom odporcu 1/ k darovaniu predmetných nehnuteľností uzavretím darovacej zmluvy v zákonom stanovenej písomnej forme, má aj podľa názoru odvolacieho súdu za následok, že počas života Y. L. nedošlo k prevodu vlastníctva jej spoluvlastníckeho podielu na sporných nehnuteľnostiach na otca odporcu 1/, a teda v čase smrti bola poručiteľka Y. L. spoluvlastníčkou sporných nehnuteľností v podiele 3/4, a preto súd prvého stupňa správne návrh navrhovateľa v tejto časti posúdil ako dôvodný. Pre posúdenie dôvodnosti návrhu navrhovateľa v tejto časti je irelevantná skutočnosť, či sporné nehnuteľnosti boli alebo neboli prejednané v dedičskom konaní po poručiteľke Y.C. L., na ktorú skutočnosť poukazovali odporcovia vo svojich odvolaniach, pretože samotná skutočnosť, že tieto nehnuteľnosti neboli prejednané v dedičskom konaní po poručiteľke, sama osebe nepreukazuje, že by poručiteľka nebola v čase smrti ich vlastníčkou, a na základe vykonaného dokazovania je nesporné, že pred smrťou poručiteľky nedošlo k platnému prevodu vlastníctva spoluvlastníckeho podielu poručiteľky na sporných nehnuteľnostiach na otca odporcu 1/ platne uzavretou darovacou zmluvou. Súd prvého stupňa správne vyhodnotil aj výpoveď odporcu 1/ a výpovede svedkov Y. O. E. Y. O., keď dospel k záveru, že týmito dôkazmi nebolo jednoznačne preukázané ani to, že došlo k darovaniu sporných nehnuteľností otcovi odporcu 1/, keď výsluchom odporcu 1/ a svedeckými výpoveďami boli preukázané len všeobecné vyjadrenia poručiteľky Y. L. v bližšie neurčenom čase pred jej smrťou, podľa ktorých všetok jej majetok bude raz otca odporcu 1/, resp., že všetko mu patrí, vyjadrenia ktoré neobsahovali podstatné náležitosti darovacej zmluvy a nebolo v konaní preukázané, že by skutočne došlo k uzavretiu darovacej zmluvy v ústnej forme, ako dvojstranného právneho úkonu, medzi Y. L. a otcom odporcu 1/, a to s dostatočne určitou dohodou o predmete daru, ktorá je podstatnou náležitosťou darovacej zmluvy. Odporca 1/ a ani vypočutí svedkovia nevedeli uviesť nielen dátum, ale ani bližšie uviesť, v ktorom období a za akých konkrétnych okolností, malo dôjsť k tomuto právnemu úkonu, keď toto obdobie nemožno bližšie určiť ani na základe výpovede svedkyne Y. O. o tom, že niekedy začiatkom roka, v ktorom poručiteľka zomrela, na návšteve svedkyne u nej, sa poručiteľka vyjadrila na adresu otca odporcu 1/, že "toto všetko je Tvoje, toto všetko Ti patrí". Nebolo teda preukázané, kedy malo dôjsť k darovaniu sporných nehnuteľností otcovi odporcu 1/ čo je právne významné pre posúdenie začiatku plynutia vydržacej doby. Podľa názoru odvolacieho súdu sporná zostala aj skutočnosť, či predmetné nehnuteľnosti mali byť poručiteľkou darované otcovi odporcu 1/ alebo odporcovi 1/, keď odporca 1/ v konaní tvrdil, že poručiteľka Y. L.H. darovala sporné nehnuteľnosti jeho otcovi, avšak podľa notárskej zápisnice, spísanej dňa 11.05.2010 notárkou JUDr. Agátou Wiegerovou, v odôvodnení svojho vyhlásenia o nadobudnutí vlastníckeho práva vydržaním podľa § 134 Obč. zákonníka, odporca 1/ uviedol, že Y. L. pred smrťou jemu darovala všetky nehnuteľnosti, ktoré vlastnila, na základe čoho predmetné nehnuteľnosti považoval za svoje vlastné. Tvrdeniu odporcu 1/ o tom, že poručiteľka Y.C. L. darovala predmetné nehnuteľnosti jeho otcovi, odporujú aj listinné dôkazy založené v spise Okresného súdu Bratislava V, sp.zn. 41C/349/2010, a to čestné prehlásenie C. L., podľa ktorého Y. L.U. pred svojou smrťou vyhlásila, že odkazuje všetok majetok pánovi R.W. C. E. R. L. R. a vyhlásenie Y. O., podľa ktorého v lete v roku 2005 poručiteľka darovala svoje pozemky R. C. mladšiemu, teda odporcovi 1/. Vzhľadom na uvedené, súd prvého stupňa z vykonaného dokazovania vyvodil správny skutkový záver, že Y. L. nedarovala svoj spoluvlastnícky podiel na sporných nehnuteľnostiach odporcovi 1/, keďže táto skutočnosť nebola jednoznačne preukázaná. Z uvedeného vyplýva, že nebola preukázaná taká okolnosť, z ktorej by bolo možné vyvodiť dobromyseľnosť otca odporcu 1/ alebo dobromyseľnosť odporcu 1/ o tom, že mu tieto sporné pozemky, resp. spoluvlastnícky podiel na sporných pozemkoch patrí, a teda nebola preukázaná skutočnosť, na základe ktorej by bolo možné považovať otca odporcu 1/ alebo odporcu 1/ za oprávneného držiteľa (§ 130 Obč. zákonníka), čo je jednou zo zákonom stanovených podmienok pre nadobudnutie vlastníctva vydržaním. Keďže nebolo v konaní preukázané nadobudnutie vlastníckeho práva odporcu 1/ k spoluvlastníckemu podielu vo výške 3/4 k sporným nehnuteľnostiam vydržaním, správne súd prvého stupňa posúdil návrh navrhovateľa ako dôvodný aj v časti určenia, že odporcovia 1/, 2/ a 3/ nie sú vlastníkmi spoluvlastníckych podielov vo výške 3/4 k pozemkom špecifikovaným vo výroku rozsudku. Odvolací súd dospel k záveru, že obsah odvolania odporcov 1/, 2/ a 3/ nie je spôsobilý spochybniť správnosť záverov napadnutého rozsudku súdu prvého stupňa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Z uvedených dôvodov sa odvolací súd v celom rozsahu stotožnil s vyhodnotením vykonaných dôkazov, právnym posúdením veci súdom prvého stupňa, ako aj odôvodnením rozsudku súdu prvého stupňa, majúcim všetky zákonom stanovené náležitosti podľa § 157 ods. 2 O.s.p., a preto napadnutý rozsudok súdu prvého stupňa podľa § 219 ods. 1 a 2 O.s.p. ako vecne správny potvrdil. O náhrade trov odvolacieho konania rozhodol podľa § 224 ods. 1 a § 142 ods. 1 O.s.p. a navrhovateľovi, ktorý mal v odvolacom konaní plný úspech, priznal náhradu trov, ktoré mu v odvolacom konaní vznikli právnym zastúpením za jeden úkon právnej služby (vyjadrenie k odvolaniu) v sume 58,69 eur spolu s paušálnou náhradou nákladov v sume 7,63 eur a spolu s náhradou 20 % DPH v sume 13,26 eur, t.j. spolu v sume 79,58 eur v zmysle vyhlášky č. 655/2004 Z.z. Poučenie: Proti tomuto rozsudku odvolanie nie je prípustné.</w:t>
      </w:r>
    </w:p>
    <w:p/>
    <w:p>
      <w:r>
        <w:t>Zdroj: KAUZIS.SK – https://www.kauzis.sk/judikatura/r/ECLI:SK:KSBA:2016:1511226684.1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