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2CoZm/35/2016 z 11. 8. 2016</w:t>
      </w:r>
    </w:p>
    <w:p>
      <w:r>
        <w:t>Uznesenie Krajského súdu Bratislava z 11. augusta 2016, sp. zn. 2CoZm/35/2016, ECLI:SK:KSBA:2016:1512204448.1</w:t>
      </w:r>
    </w:p>
    <w:p>
      <w:r>
        <w:t>Súd: Krajský súd Bratislava</w:t>
      </w:r>
    </w:p>
    <w:p>
      <w:r>
        <w:t>Spisová značka: 2CoZm/35/2016</w:t>
      </w:r>
    </w:p>
    <w:p>
      <w:r>
        <w:t>ECLI: ECLI:SK:KSBA:2016:1512204448.1</w:t>
      </w:r>
    </w:p>
    <w:p>
      <w:r>
        <w:t>Dátum vydania: 11. 8.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2CoZm/35/2016 Identifikačné číslo súdneho spisu: 1512204448 Dátum vydania rozhodnutia: 12. 08. 2016 Meno a priezvisko sudcu, VSÚ: JUDr. Ľubica Břoušková ECLI: ECLI:SK:KSBA:2016:1512204448.1 Uznesenie Krajský súd v Bratislave v senáte zloženom z predsedníčky senátu JUDr. Ľubici Břouškovej a sudkýň JUDr. Oľgy Bahníkovej a JUDr. Ľubici Kriškovej v právnej veci žalobcu: EOS KSI Slovensko, s.r.o. so sídlom Pajštúnska 5, Bratislava, IČO: 35 724 803, zastúpený advokátskou kanceláriou TOMÁŠ KUŠNÍR, s.r.o., Pajštúnska 5, Bratislava proti žalovaním: 1) V. L., X.. XX.XX.XXXX, L. Ď. XX, X. B., X) A. L., X.. XX.X.XXXX, L. Ď. XX, X. B., X) Y. O., K.. L., X.. XX.X.XXXX, L. X. B., o zaplatenie 5.160,68 EUR s príslušenstvom, o odvolaní žalovaného v 1. a 2. rade proti rozsudku Okresného súdu Bratislava V č. k. 1CbZm/511/2014-122 zo dňa 08.03.2016 takto r o z h o d o l : Krajský súd v Bratislave odvolanie žalovaného v 1. a 2 rade proti rozsudku Okresného súdu Bratislava V č. k. 1CbZm/511/2014-122 zo dňa 08.03.2016 o d m i e t a . o d ô v o d n e n i e : 1. Okresný súd Bratislava V napadnutým rozsudkom č. k. 1CbZm/2014-122 zo dňa 08.03.2016 rozhodol, že zmenkový platobný rozkaz č.k. 1Zm/153/2012-15 zo dňa 31.12.2013 sa proti žalovaným v 1. a 2. rade ponecháva v platnosti. Žalovaní v 1. a 2. rade sú povinní spoločne a nerozdielne zaplatiť žalobcovi k rukám právneho zástupcu náhradu trov konania, ktoré nasledovalo po vydaní zmenkového platobného rozkazu, vo výške 454,59 Eur a to do 3 dní od právoplatnosti rozsudku. 2. Dňa 04.04.2016 podali žalovaní v 1. a 2. rade odvolanie, v ktorom sa spoločne odvolávajú proti rozhodnutiu Slovenskej republiky, pričom tiež napadli trovy konania vo výške 454,59 Eur. Žiadne iné skutočnosti v odvolaní neuviedli. 3. Okresný súd Bratislava V uznesením č.k. 1CbZm/511/2014-131 zo dňa 13.04.2016 podľa § 209 ods. 1 O.s.p. vyzval žalovaných v 1. a 2. rade, aby v lehote 10 dní od doručenia uznesenia svoje odvolanie opravili a doplnili o uvedenie, proti ktorému rozhodnutiu odvolanie smeruje , v akom rozsahu sa rozhodnutie napáda, v čom rozhodnutie alebo postup súdu prvého stupňa považuje za nesprávny a čoho sa odvolatelia domáhajú (t.j. ako má odvolací súd rozhodnúť), keďže odvolanie žalovaných v 1. a 2. rade zo dňa 31.03.2016 neobsahovalo podstatné náležitosti v zmysle § 205 ods. 1, 2 O.s.p. Zároveň boli žalovaní v 1. a 2. rade v uznesení poučení o následkoch neodstránenia vád odvolania podľa § 218 ods. 1 písm. d) O.s.p. 4. Dňa 29.04.2016 bolo zaslané doplňujúce odvolanie žalovaných v 1. a 2. rade, ktorým však neboli vady odvolania odstránené. Z tohto dôvodu súd odvolanie žalobcovi nedoručoval. 5. Krajský súd v Bratislave ako súd odvolací prejednal vec bez nariadenia pojednávania a dospel k záveru, že odvolanie žalovaných v 1. a 2. rade je potrebné odmietnuť v zmysle § 386 ods. 1 písm. d) CSP, pretože odvolanie nemá náležitosti podľa § 363 a vady podania neboli ani po výzve súdu prvého stupňa odstránené. 6. Podľa § 363 CSP v odvolaní sa popri všeobecných náležitostiach (§127 ods.1 CSP) podania uvedie, proti ktorému rozhodnutiu smeruje, v akom rozsahu sa napáda, z akých dôvodov sa rozhodnutie považuje za nesprávne (odvolacie dôvody) a čoho sa odvolateľ domáha (odvolací návrh). 7. Podľa § 127 ak zákon na podanie nevyžaduje osobitné náležitosti, v podaní sa uvedie, ktorému súdu je určené, kto ho robí, ktorej veci sa týka, čo sa ním sleduje a podpis. Ak ide o podanie urobené v prebiehajúcom konaní, náležitosťou podania je aj uvedenie spisovej značky tohto konania. 8. Podľa § 373 ods. 1 CSP ak odvolanie obsahuje odstrániteľné vady, súd prvej inštancie vyzve odvolateľa, aby chýbajúce náležitosti doplnil a poučí ho o následkoch neodstránenia vád odvolania. Súd nevyzýva na doplnenie odvolacích dôvodov. 9. Podľa § 373 ods.2 CSP po odstránení vád podľa odseku 1 súd prvej inštancie rozhodne o vyrubení súdneho poplatku za podané odvolanie a o návrhoch na oslobodenie od súdneho poplatku. 10. Uznesením č.k. 1CbZm/511/2014-81 zo dňa 17.03.2015 bolo súdom prvého stupňa priznané žalovanému v 1. rade oslobodenie od súdnych poplatkov v celom rozsahu. 11. Uznesením č.k. 1CbZm/511/2014-82 zo dňa 17.03.2015 bolo súdom prvého stupňa priznané žalovanému v 2. rade oslobodenie od súdnych poplatkov v celom rozsahu. 12. Podľa § 386 písm. d) CSP odvolací súd odmietne odvolanie, ak nemá náležitosti podľa § 363, ak pre vady odvolania nemožno v odvolacom konaní pokračovať. 13. Vzhľadom na to, že odvolanie žalovaných v 1. a 2. rade podané proti uzneseniu neobsahuje náležitosti uvedené v § 363 CSP a odvolatelia na výzvu súdu dostatočne nedoplnili chýbajúce náležitosti, pričom boli poučení, že v prípade neodstránenia vád bude odvolanie odmietnuté, odvolací súd v súlade s § 386 písm. d) CSP odvolanie žalovaných v 1. a 2. rade odmietol. 14. Uvedené rozhodnutie bolo prijaté v senáte pomerom hlasov 3 za 0 proti. Poučenie: P o u č e n i e : Proti tomuto uzneseniu odvolanie nie je prípustné. Proti rozhodnutiu odvolacieho súdu je prípustné dovolanie, ak to zákon pripúšťa (§419 CSP).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opravy. Dovolanie je podané včas aj vtedy, ak bolo v lehote podané na príslušnom odvolacom alebo dovolacom súde (427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(428 CSP). Dovolateľ musí byť v dovolacom konaní zastúpený advokátom. Dovolanie a iné podania dovolateľa musia byť spísané advokátom (§429 ods. 1 CSP).</w:t>
      </w:r>
    </w:p>
    <w:p/>
    <w:p>
      <w:r>
        <w:t>Zdroj: KAUZIS.SK – https://www.kauzis.sk/judikatura/r/ECLI:SK:KSBA:2016:1512204448.1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