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14Co/821/2014 z 24. 2. 2016</w:t>
      </w:r>
    </w:p>
    <w:p>
      <w:r>
        <w:t>Uznesenie Krajského súdu Bratislava z 24. februára 2016, sp. zn. 14Co/821/2014, ECLI:SK:KSBA:2016:1512223603.4</w:t>
      </w:r>
    </w:p>
    <w:p>
      <w:r>
        <w:t>Súd: Krajský súd Bratislava</w:t>
      </w:r>
    </w:p>
    <w:p>
      <w:r>
        <w:t>Spisová značka: 14Co/821/2014</w:t>
      </w:r>
    </w:p>
    <w:p>
      <w:r>
        <w:t>ECLI: ECLI:SK:KSBA:2016:1512223603.4</w:t>
      </w:r>
    </w:p>
    <w:p>
      <w:r>
        <w:t>Dátum vydania: 24.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14Co/821/2014 Identifikačné číslo súdneho spisu: 1512223603 Dátum vydania rozhodnutia: 25. 02. 2016 Meno a priezvisko sudcu, VSÚ: JUDr. Katarína Javorčíková ECLI: ECLI:SK:KSBA:2016:1512223603.4 Uznesenie Krajský súd v Bratislave v senáte zloženom z predsedníčky JUDr. Kataríny Javorčíkovej a členiek JUDr. Dariny Kuchtovej a Mgr. Barbory Bartekovej v právnej veci navrhovateľa: POHOTOVOSŤ, s.r.o., so sídlom Bratislava, Pribinova ul. č. 25, IČO: 35 807 598, zastúpený: advokátska kancelária Fridrich Paľko, s.r.o., so sídlom Bratislava, Grösslingova ul. č. 4, IČO: 36 864 421, proti odporcovi: Slovenská republika - Ministerstvo spravodlivosti Slovenskej republiky, so sídlom Bratislava, Župné námestie č. 13, v spojenom konaní vo veciach pod spisovými značkami 41C/157/2012 o náhradu škody 125,- Eur a nemajetkovej ujmy 328,- Eur, 41C/158/2012 o náhradu škody 125,- Eur a nemajetkovej ujmy 275,- Eur, 41C/159/2012 o náhradu škody 125,- Eur a nemajetkovej ujmy 770,- Eur, 41C/166/2012 o náhradu škody 125,- Eur a nemajetkovej ujmy 330,- Eur, 41C/169/2012 o náhradu škody 125,- Eur a nemajetkovej ujmy 330,- Eur, o odvolaní navrhovateľa proti rozsudku Okresného súdu Bratislava V v Bratislave zo dňa 3.2.2014 č.k. 41C/157/2012-112, o návrhu na opravu spisovej značky okresného súdu vo výrokovej časti uznesenia, pomerom hlasov 3:0, takto r o z h o d o l : Krajský súd v Bratislave o p r a v u j e výrokovú časť rozsudku zo dňa 12.5.2015, č. k. 14Co/821/2014-174 tak, že správne má znieť: Odvolací súd rozsudok Okresného súdu Bratislava V v Bratislave zo dňa 3.2.2014, č.k. 41C/157/2012-112 p o t v r d z u j e . Vo zvyšnej časti ostáva rozhodnutie n e z m e n e n é . o d ô v o d n e n i e : Pri vyhotovení rozsudku č.k. 14Co/821/2014-174 zo dňa 12.5.2015 v predmetnej veci krajský súd vo výrokovej časti svojho uznesenia nesprávne uviedol spisovú značku Okresného súdu Bratislava V v Bratislave. Keďže ide o zjavnú nesprávnosť v písaní, súd ju v súlade s ustanovením § 164 O.s.p. opravil opravným uznesením. Poučenie: Proti tomuto uzneseniu odvolanie nie je prípustné.</w:t>
      </w:r>
    </w:p>
    <w:p/>
    <w:p>
      <w:r>
        <w:t>Zdroj: KAUZIS.SK – https://www.kauzis.sk/judikatura/r/ECLI:SK:KSBA:2016:1512223603.4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