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8Co/278/2014 z 4. 4. 2016</w:t>
      </w:r>
    </w:p>
    <w:p>
      <w:r>
        <w:t>Rozsudok Krajského súdu Bratislava z 4. apríla 2016, sp. zn. 8Co/278/2014, ECLI:SK:KSBA:2016:1512223605.3</w:t>
      </w:r>
    </w:p>
    <w:p>
      <w:r>
        <w:t>Súd: Krajský súd Bratislava</w:t>
      </w:r>
    </w:p>
    <w:p>
      <w:r>
        <w:t>Spisová značka: 8Co/278/2014</w:t>
      </w:r>
    </w:p>
    <w:p>
      <w:r>
        <w:t>ECLI: ECLI:SK:KSBA:2016:1512223605.3</w:t>
      </w:r>
    </w:p>
    <w:p>
      <w:r>
        <w:t>Dátum vydania: 4. 4. 2016</w:t>
      </w:r>
    </w:p>
    <w:p>
      <w:r>
        <w:t>Forma: Rozsudok</w:t>
      </w:r>
    </w:p>
    <w:p>
      <w:r>
        <w:t>Oblasť práva: Občianske právo</w:t>
      </w:r>
    </w:p>
    <w:p>
      <w:pPr>
        <w:pStyle w:val="Heading2"/>
      </w:pPr>
      <w:r>
        <w:t>Text rozhodnutia</w:t>
      </w:r>
    </w:p>
    <w:p>
      <w:r>
        <w:t>Súd: Krajský súd Bratislava Spisová značka: 8Co/278/2014 Identifikačné číslo súdneho spisu: 1512223605 Dátum vydania rozhodnutia: 05. 04. 2016 Meno a priezvisko sudcu, VSÚ: JUDr. Jana Vlčková ECLI: ECLI:SK:KSBA:2016:1512223605.3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V, zo dňa 14.marca 2014, č.k. 39C 157/2012-187,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v celkovej výške 17.256,02 eur a nemajetkovej ujmy v celkovej výške 3.451,20 eur podľa zák. č. 514/2003 Z.z. o zodpovednosti za škodu spôsobenú pri výkone verejnej moci a odporcovi náhradu trov konania nepriznal. Na základe výsledkov vykonaného dokazovania mal za to, že navrhovateľ nepreukázal, že by v namietaných exekučných konaniach vedených na Okresnom súde Bratislava V pod sp.zn. 37Er 4639/2010, 36Er 2582/2011, 36Er 2745/2011, 37Er 4699/2011, 37Er 6009/2010, 37Er 7271/2010, 37Er 5143/2011, 37Er 4643/2010 došlo k nesprávnemu úradnému postupu alebo k zbytočným prieťahom v konaní. Ustálený skutkový stav veci posúdil po právnej stránke podľa § 9 , § 17 ods. 1,2,3 zákona č. 514/2003 Z.z. o zodpovednosti za škodu spôsobenú pri výkone verejnej moci a § 41 ods. 2 písm. c/ a d/ a § 44 ods. 2 Exekučného poriadku a dospel k záveru, že navrhovateľ nepreukázal splnenie zákonných predpokladov zodpovednosti štátu za škodu spôsobenú nesprávnym úradným postupom. Uviedol, že vo všetkých veciach týkajúcich sa spotrebiteľských úverov exekučný súd zamietol žiadosť súdneho exekútora na vydanie poverenia na vykonanie exekúcie, nakoľko zistil rozpor exekučného titulu - rozsudku rozhodcovského súdu so zákonom, v časti uplatňovaného zmenkového úroku, resp. úroku z omeškania vo výške 0,25 % denne z dlžnej sumy, ktorý vzhľadom na jeho výšku, teda 91,25 % ročne, posúdil ako zjavne neprimeraný, v dôsledku čoho spotrebiteľské úverové zmluvy obsahovali neprimerané zmluvné podmienky. Všetky uznesenia o zamietnutí žiadosti o vydanie poverenia nadobudli právoplatnosť a žiadnym iným súdnym rozhodnutím neboli tieto uznesenia ako nezákonne zrušené. Konštatoval, že v konaní neboli preukázané zbytočné prieťahy v konaní a rovnako nezistil zo strany exekučného súdu, že by došlo k nesprávnemu úradnému postupu či k inému nezákonnému zásahu do práv, právom chránených záujmov fyzických a právnických osôb. Záverom uzavrel, že navrhovateľ nepreukázal existenciu podmienok pre úspešné uplatnenie svojich nárokov na náhradu škody, a to existenciu nesprávneho úradného postupu, vznik škody a príčinnú súvislosť medzi tvrdeným nesprávnym úradným postupom a vznikom škody, teda neuniesol dôkazné bremeno. O náhrade trov konania rozhodol podľa § 142 ods. 1 O.s.p. a úspešnému odporcovi náhradu trov konania nepriznal, nakoľko mu žiadne trovy konania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napriek tomu, že trval na svojej osobnej účasti (resp. právneho zástupcu) na pojednávaní vedenom nestranným sudcom na nestrannom súde, v dôsledku čoho nemal možnosť vyjadriť sa k tvrdeniam odporcu, z ktorých prvostupňový súd pri svojom rozhodovaní vo veci samej vychádzal a ani k dôkazom, ktoré vykonal a na ktorých založil svoje rozhodnutie.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Poukázal na to, že súd prvého stupňa v súvislosti s majetkovou ujmou ignoroval všetky jeho tvrdenia o majetkovej škode, ktorá vznikla z titulu udržiavania a správy informačného systému a titulu výdajov, a že napadnutý rozsudok je v tomto smere nepreskúmateľný. Nesúhlasil ani s tvrdením, že náklady na správu pohľadávky počas nečinnosti súdu zapríčinil dlžník (povinný), keď právnym titulom je v danej veci nesprávny úradný postup exekučného súdu a za ten dlžník nemôže niesť zodpovednosť. Vytýkal súdu prvého stupňa, že v odôvodnení rozhodnutia vôbec nevysvetlil, prečo nekonštatoval, že došlo k porušeniu jeho práva na prerokovanie veci bez zbytočných prieťahov zaručeného článkom 48 ods. 2 Ústavy SR, ako aj práva na prejednania veci v primeranej lehote zaručeného článkom 6 ods. 1 Európskeho dohovoru o ochrane ľudských práv, základných slobôd a práva na rozhodnutie v zákonom stanovenom čase. Nesúhlasil so záverom prvostupňového súdu, že v konaní nepreukázal vznik škody, keďže výšku škody, ktorú presne špecifikoval na základe účtovnej agendy, ktorú vzhľadom na ochranu osobných údajov, obchodného tajomstva a dôverných informácií, nebolo možné korešpondenčne predložiť, mienil na pojednávaní preukázať aj predložením znaleckého posudku, ktorého vypracovanie by zabezpečil, avšak prvostupňový súd dokazovanie neprípustne skrátil iba na dôkazy vykonávané ex offo, nepoučil ho podľa ust. § 120 ods. 4 O.s.p. a neoznámil mu, že vo veci mieni rozhodnúť. Namietal, že rozhodnutie súdu prvého stupňa je vnútorne rozporné, keď napriek tomu, že zistil porušenie práva, nekonštatoval ho a na tejto chybe postavil svoje rozhodnutie o nepriznaní nemajetkovej ujmy; rozhodnutie založené na skutkovej a právnej chybe súdu nie je v právnom štáte udržateľné. Vytýkal súdu prvého stupňa, že v súvislosti s majetkovou ujmou analyzoval okolnosti, ktoré s vecou vôbec nesúvisia a tieto okolnosti vydával za odôvodnenie svojho rozhodnutia, s ktorým odôvodnením nemožno súhlasiť. Zdôraznil, že všetky problémy, ktoré boli v jeho právnej sfére vyvolané nerešpektovaním zákonnej lehoty zo strany exekučného súdu a ktoré jasne a zrozumiteľne opísal v podanom návrhu, svedčia o potrebe nastoliť spravodlivosť poskytnutím finančnej satisfakcie za porušenie práva. Namietal, že konečné meritórne rozhodnutie vo veci súdom (vylúčeným sudcom) neprichádzalo do úvahy z dôvodu, že súd v rovnakom rozhodnutí rozhodol aj o zamietnutí návrhu na prerušenie konania, proti ktorému pripustil odvolanie; týmto postupom predbehol vydaním meritórneho rozhodnutia účinky právoplatného rozhodnutia o prerušení konania z dôvodu rozhodovania o otázke nestrannosti sudcu, ktorým porušil jeho práva na súdnu ochranu a možnosť konať pred súdom, a preto je jeho meritórne rozhodnutie predčasné. Tvrdil, že vo veci nebolo možné rozhodnúť bez nariadenia pojednávania.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9 § 17 ods. 1,2,3) v spojení § 41 ods. 2 písm. c/ a písm. d/ a § 44 ods. 1, 2 Exekučného poriadku, ktoré aj správne vyložil v súlade s ustálenou súdnou a výkladovou praxou a svoje úvahy, pre ktoré návrhu navrhovateľa nevyhovel a neprihliadol tak na jeho námietky proti postupu Okresného súdu Bratislava V v exekučných veciach sp. zn. 37Er 4639/2010, 36Er 2582/2011, 36Er 2745/2011, 37Er 4699/2011, 37Er 6009/2010, 37Er 7271/2010, 37Er 5143/2011, 37Er 4643/2010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záverov súdu prvého stupňa z hľadiska ním uvádzaných tvrdení v podanom odvolaní a uplatňovaných odvolacích dôvodov,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sa stotožnil so záverom súdu prvého stupňa, že v namietaných exekučných konaniach nedošlo k nesprávnemu úradnému postupu ani ku zbytočným prieťahom v konaní, keď na rozhodnutie súdu o žiadosti na udelenie poverenia, ak súd zistil rozpor žiadosti, návrhu alebo exekučného titulu so zákonom, sa nevzťahuje zákonná 15-dňová lehota a s účinnosťou od 01. 06. 2011 ani na vydanie poverenia v prípade, ak ide o exekučný titul podľa § 41 ods. 2 písm. c/ a d/ Exekučného poriadku. V tejto súvislosti správne poukázal súd prvého stupňa na tú skutočnosť, že v rámci náhrady škody za nesprávny úradný postup si navrhovateľ uplatňuje istinu zo zmlúv o úvere a príslušenstvo; v ktorom sú zahrnuté zmenkové úroky vyhlásené za neprijateľnú zmluvnú podmienku, resp. neplatnú, v rozpore s dobrými mravmi podľa § 39 Občianskeho zákonníka v spotrebiteľských zmluvách; napriek právoplatnému uzneseniu v exekučnom konaní, ktoré nebolo žiadnym rozhodnutím ako nezákonné zrušené a že navrhovateľ nepreukázal ani procesnú deformáciu, resp. nezákonnosť vydaného rozhodnutia. Odvolací súd sa rovnako stotožnil so záverom prvostupňového súdu, že navrhovateľ v konaní nepreukázal splnenie predpokladov pre priznanie požadovanej náhrady škody a ani existenciu príčinnej súvislosti medzi tvrdeným nesprávnym úradným postupom a vznikom škody. V tomto smere odvolací súd dodáva, že samotný paušálny výpočet údajných nákladov spojených s uplatnením práv vyplývajúcich z exekučného titulu v predmetnom exekučnom konaní vznik škody ešte nepreukazuje a na uvedenom závere nemôže nič zmeniť ani argumentácia navrhovateľa, že nemohol pred rozhodnutím súdu z dôvodu ochrany obchodného tajomstva predložiť listinné dôkazy, ktoré by preukazovali vznik nákladov (a teda aj tvrdenej škody), ktoré mienil predložiť až na pojednávaní; ktorého sa nezúčastnil, keď navrhovateľ mal od podania návrhu dostatok času a príležitostí predložiť, prípadne aspoň označiť dôkazy na preukázanie vzniku škody. Námietku navrhovateľa, že mu súd prvého stupňa odňal možnosť konať pred súdom tým, že vec prejednal a vo veci rozhodol na pojednávaní dňa 14.03.2014 v jeho neprítomnosti, odvolací súd považuje za nedôvodnú a účelovú, keďže navrhovateľ, resp. jeho právny zástupca, bol na toto pojednávanie riadne predvolaný, pojednávania sa nezúčastnil a ani nepožiadal z dôležitého dôvodu o jeho odročenie; neodôvodnený návrh navrhovateľa na prerušenie konania v súvislosti s podaním ústavnej sťažnosti na porušenie zásady nestrannosti súdu a sudcu totiž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Z ustanovenia § 2 O.s.p. vyplýva povinnosť súdov v občianskom súdnom konaní dbať na to, aby nedochádzalo k porušovaniu práv a právom chránených záujmov fyzických a právnických osôb, a aby sa práva nezneužívali na úkor týchto osôb. Táto povinnosť súdu sa vzťahuje na práva vyplývajúce z hmotnoprávnych predpisov, avšak rovnako i na procesné práva účastníkov v konaní pred súdom. Súd je potom; so zreteľom na nevyhnutnosť ústavne konformného výkladu; v občianskom súdnom konaní povinný zvoliť procesný postup vychádzajúci z takého výkladu právneho predpisu, ktorým zabráni zneužitiu procesných práv zo strany niektorého z účastníkov konania (porovnaj napr. Nález Ústavného súdu SR vo veci sp. zn. III. ÚS 11/2011, uverejnený v Zbierke nálezov Ústavného súdu pod č. 64/2011) Zneužitím (procesného) práva je aj konanie procesnej strany v občianskom súdnom konaní, ktoré je v rozpore s účelom procesnej normy či daného procesného inštitútu a ktorým; v rozpore s citovaným ustanovením § 2 O.s.p. a rovnako § 6 O.s.p.; marí riadny postup v konaní. Ustanovenie § 109 O.s.p. umožňuje účastníkovi konania v rámci výkonu svojich procesných práv podať i návrh na prerušenie konania, o ktorom je súd zásadne povinný rozhodnúť; pred rozhodnutím vo veci samej, prípadne najneskôr súčasne s ním; a to tak, že ak sú na to splnené podmienky (§ 109 ods. 1,2 O.s.p.) návrhu vyhovie, alebo tento zamietne. Ani právo podať návrh na prerušenie konania však nesmie byť zneužívané na iné účely, než vyplývajú z podstaty a charakteru daného procesného inštitútu; najmä nesmie slúžiť na sťaženie realizácie práv iných účastníkov konania, či komplikovanie procesu ochrany práv a záujmov fyzických a právnických osôb, s cieľom predĺžiť konanie a oddialiť vydanie rozhodnutia vo veci samej. V takom prípade ide totiž o výkon práva, ktorým sa vo výsledku dosahuje nedovolený účinok takéhoto; zdanlivo dovoleného a právnou normou predpokladaného; správania, ktorému nesmie byť zo strany súdu poskytnutá ochrana ani právne účinky, ktoré inak; ak o zneužitie práva nejde; s daným správaním (procesným úkonom) právna norma spája a ktoré zaručuje. Ako už odvolací súd uviedol vyššie, o návrhu účastníka na prerušenie konania podľa § 109 ods. 1,2 O.s.p. je súd zásadne povinný rozhodnúť. Výnimočne, ak je celkom nepochybné, že podaním návrhu na prerušenie konania účastník zneužíva jeho procesné práva (právo podať návrh na prerušenie konania), keď v skutočnosti nemá (objektívne nemôže mať) v úmysle dosiahnuť prerušenie konania a podaním návrhu sleduje iný cieľ (napr. oddialiť rozhodnutie vo veci samej), však nemusia byť podaniu takéhoto návrhu priznané právne účinky, spočívajúce i v povinnosti súdu o takomto návrhu rozhodnúť. V posudzovanej veci navrhovateľ návrh na prerušenie konania podal za stavu, keď súd prvého stupňa jeho; v poradí prvý; návrh na prerušenie konania zo dňa 08.11.2013 podaný z totožných dôvodov (prebiehajúce konanie na Ústavnom súde SR ktorej predmetom je porušenie práva navrhovateľa na zákonného sudcu a nestranný súd) uznesením zo dňa 13.11.2013, č.k. 39C 157/2012-113 ako nedôvodný zamietol z dôvodu, že neboli splnené predpoklady na prerušenie konania. Preto je potrebné bez akýchkoľvek pochybností jeho opätovné podanie návrhu na prerušenie konania hodnotiť ako zneužitie jeho procesných práv, konkrétne zneužite jeho práva podať návrh na prerušenie konania s cieľom oddialiť rozhodnutie vo veci samej. Z tohto dôvodu odvolací súd dospel k záveru, že súd prvého stupňa postupoval správne, keď procesnému úkonu (návrhu na prerušenie konania zo dňa 06.03.2014) nepriznal účinky, a pokiaľ následne vec prejednal a vo veci rozhodol na pojednávaní dňa 14.03.2014 v neprítomnosti navrhovateľa bez toho, aby o tomto jeho návrhu rozhodol, neodňal navrhovateľovi možnosť konať pred súdom a ani nezaťažil konanie inou vadou, ktorá by mohla mať za následok nesprávne rozhodnutie vo veci a bola tak dôvodom zrušenia napadnutého rozsudku.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tvrdenému nesprávnemu úradnému postupu, majetkovej škode a uplatňovanej výške nemajetkovej ujmy, ktorý má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jeho tvrdení a nadväzne na uvedenú zásadu konajúci súd zákonným spôsobom vyhodnotil procesnú aktivitu účastníkov konania vo vzťahu k meritu veci. Navrhovateľ sa svojou neúčasťou na súdnom pojednávaní, na ktorom mu bola vytvorená procesná možnosť, aby sa zúčastnil vykonávania dokazovania, navrhoval jeho doplnenie, resp. sa vyjadril k vykonanému dokazovaniu, svojho procesného práva v tomto smere vzdal, resp. si možnosť jeho realizácie sám svojou nečinnosťou zmaril, a preto sa nedôvodne dovoláva odňatia mu možnosti konať pred súdom v súvislosti s porušením zásady kontradiktórnosti súdneho procesu. Súdu prvého stupňa teda nemožno vytknúť žiadne procesné pochybenie a ani pochybenie pri skutkovom a právnom posúdení nároku navrhovateľa na náhradu škody a nemajetkovej ujmy, ktorá mu mala vzniknúť nesprávnym úradným postupom exekučného súdu v exekučných konaniach vedených na Okresnom súde Bratislava V,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ods.1 O.s.p. v spojení s § 142 ods.1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https://www.kauzis.sk/judikatura/r/ECLI:SK:KSBA:2016:1512223605.3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