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7Co/236/2015 z 19. 4. 2016</w:t>
      </w:r>
    </w:p>
    <w:p>
      <w:r>
        <w:t>Rozsudok Krajského súdu Bratislava z 19. apríla 2016, sp. zn. 7Co/236/2015, ECLI:SK:KSBA:2016:1512223620.2</w:t>
      </w:r>
    </w:p>
    <w:p>
      <w:r>
        <w:t>Súd: Krajský súd Bratislava</w:t>
      </w:r>
    </w:p>
    <w:p>
      <w:r>
        <w:t>Spisová značka: 7Co/236/2015</w:t>
      </w:r>
    </w:p>
    <w:p>
      <w:r>
        <w:t>ECLI: ECLI:SK:KSBA:2016:1512223620.2</w:t>
      </w:r>
    </w:p>
    <w:p>
      <w:r>
        <w:t>Dátum vydania: 19. 4. 2016</w:t>
      </w:r>
    </w:p>
    <w:p>
      <w:r>
        <w:t>Forma: Rozsudok</w:t>
      </w:r>
    </w:p>
    <w:p>
      <w:r>
        <w:t>Oblasť práva: Občianske právo</w:t>
      </w:r>
    </w:p>
    <w:p>
      <w:pPr>
        <w:pStyle w:val="Heading2"/>
      </w:pPr>
      <w:r>
        <w:t>Text rozhodnutia</w:t>
      </w:r>
    </w:p>
    <w:p>
      <w:r>
        <w:t>Súd: Krajský súd Bratislava Spisová značka: 7Co/236/2015 Identifikačné číslo súdneho spisu: 1512223620 Dátum vydania rozhodnutia: 20. 04. 2016 Meno a priezvisko sudcu, VSÚ: JUDr. Blanka Podmajerská ECLI: ECLI:SK:KSBA:2016:1512223620.2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V zo dňa 2.12.2014, č.k. 12C/158/2012-92 a uzneseniu Okresného súdu Bratislava V zo dňa 2.3.2015, č.k. 12C/158/2012-129, jednohlasne (pomerom hlasov 3:0) takto r o z h o d o l : Rozsudok Okresného súdu Bratislava V zo dňa 2. 12.2014, č.k. 12C/158/2012-92 s a p o t v r d z u j e. Uznesenie Okresného súdu Bratislava V zo dňa 2. 3.2015, č.k. 12C/158/2012-129 s a p o t v r d z u j e. Odporcovi s a n e p r i z n á v a náhrada trov odvolacieho konania. o d ô v o d n e n i e : Napadnutým rozsudkom zo dňa 2. 12.2014, č.k. 12C/158/2012-92 súd prvého stupňa zamietol návrh navrhovateľa na uloženie povinnosti odporcovi zaplatiť mu sumu 6121,97 eur titulom majetkovej škody a sumu 1 224,39 eur titulom nemajetkovej ujmy (pôvodne sp.zn. 12C/158/2012), návrh navrhovateľa na uloženie povinnosti odporcovi zaplatiť mu sumu 3 673,13 eur titulom majetkovej škody a sumu 734,63 eur titulom nemajetkovej ujmy (pôvodne sp.zn. 12C/175/2012), návrh navrhovateľa na uloženie povinnosti odporcovi zaplatiť mu sumu 125 eur titulom majetkovej škody a sumu 540,29 eur titulom nemajetkovej ujmy (pôvodne sp.zn. 12C/180/2012) uplatnené podľa ust. zák. č. 514/2003 Z.z. a odporcovi nepriznal náhradu trov konania. Rozhodnutie právne odôvodnil § 9 ods.1,2, 4, § 17 ods.1,2,3 zák.č. 514/2003 Z.z. o zodpovednosti za náhradu škody spôsobenej pri výkone verejnej moci , § 44 ods. 2, § 45 zák.č. 233/1995 Z.z. o súdnych exekútoroch a exekučnej činnosti (Exekučný poriadok) a o zmene a doplnení ďalších zákonov v platnom znení, keď z vykonaného dokazovania zistil, že v exekučnej veci oprávneného (navrhovateľa) proti povinnému J. U. (sp.zn. 37Er/168/2011) doručil dňa 20.1.2011 súdny exekútor exekučnému súdu žiadosť o udelenie poverenia na vykonanie exekúcie, o ktorej exekučný súd rozhodol dňa 14.2.2011, v exekučnej veci oprávneného (navrhovateľa) proti povinnému J. S. (sp.zn. 37Er/3131/2011) doručil dňa 16.6.2011 súdny exekútor exekučnému súdu žiadosť o udelenie poverenia na vykonanie exekúcie, o ktorej exekučný súd rozhodol dňa 13.7.2011, v exekučnej veci oprávneného (navrhovateľa, sp.zn. 37Er/5037/2009) doručil dňa 23.11.2009 súdny exekútor exekučnému súdu žiadosť o udelenie poverenia na vykonanie exekúcie, o ktorej exekučný súd rozhodol dňa 25.6.2010. Súd prvého stupňa dospel k záveru, že navrhovateľ v prejednávaných veciach nepreukázal existenciu podmienok pre úspešné uplatnenie svojich nárokov na náhradu škody, či už existenciu nesprávneho úradného postupu, tak aj vznik škody a príčinnú súvislosť medzi úradným postupom a vznikom škody. V odôvodnení rozhodnutia uviedol, že za nesprávny úradný postup, vedúci k zodpovednosti štátu, je nutné považovať aj nevydanie, resp. oneskorené vydanie rozhodnutia, ak malo byť v súlade s pravidlami stanovenými právnymi normami správne vydané v stanovenej lehote, za predpokladu, že poškodenému vznikla škoda, ktorá je v príčinnej súvislosti s uvedeným postupom. Zároveň poukázal na skutočnosť, ktorá mu je známa z rozhodovacej činnosti, že navrhovateľ podával žiadosti na udelenie poverenia na vykonanie exekúcie hromadne, teda v rovnakom čase zaťažil všeobecný súd väčším počtom podaní, vzhľadom k tomu musel počítať s určitým technicko-administratívnym zdržaním na strane súdu, ktoré spôsobilo, že o jeho žiadosti bolo rozhodnuté s časovým odstupom. V tejto súvislosti poukázal na stanovisko Ústavného súdu SR, ktorý odvolávajúc sa na jeho doterajšiu judikatúru tvrdí, že nie každý zistený prieťah v súdnom konaní má nevyhnutne za následok porušenie základného práva na prerokovanie veci bez zbytočných prieťahov zaručeného v čl. 48 ods. 2 Ústavy SR, resp. práva na prejednanie záležitosti v primeranej lehote podľa čl. 6 ods. 1 Európskeho dohovoru o ochrane ľudských práv a základných slobôd. Prvostupňový súd zároveň poukázal na nečinnosť navrhovateľa v súvislosti so získaním poverenia na vykonanie exekúcie, ktorý v prejednávaných prípadoch nevyužil možnosť podať riadny opravný prostriedok voči uzneseniu, ktorým bola žiadosť o udelenie poverenia zamietnutá. Vo vzťahu k uplatňovanej náhrade nemajetkovej ujmy uviedol, že uvedený nárok môže vzniknúť iba fyzickej osobe a zároveň v konaní nebolo preukázané, že by nesprávnym úradným postupom došlo k neoprávnenému zásahu do dobrej povesti navrhovateľa (čo navrhovateľ ani netvrdil a takýto zásah je pojmovo vylúčený v súvislosti s namietaným nesprávnym úradným postupom). O trovách konania rozhodol podľa § 142 ods.1 zák.č. 99/1963 Zb. v platnom znení (ďalej „ O.s.p.“) prihliadajúc na to, že súd nezistil z obsahu spisu žiadne trovy, ktoré by mali plne úspešnému odporcovi vzniknúť.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 Odvolateľ napokon poukázal na to, že ak bol súdu doručený v čase predchádzajúcom nariadenému súdnemu pojednávaniu návrh na prerušenie konania z dôvodu, že prebieha konanie o prejudiciálnej otázke,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doručeným prvostupňovému súdu dňa 27.9.2012 sa navrhovateľ domáhal vydania rozhodnutia, ktorým by súd zaviazal odporcu na zaplatenie sumy 6 121,97 eur z titulu majetkovej škody a 1 224,39 eur z titulu nemajetkovej ujmy vzniknutej nesprávnym úradným postupom Okresného súdu Bratislava V, pretože tento v zákonnej lehote nerozhodol o žiadosti o udelenie poverenia na vykonanie exekúcie v exekučnom konaní vedenom pre pohľadávku navrhovateľa proti povinnému J. U. (č.k. 12C/158/2012), podaním doručeným prvostupňovému súdu dňa 27.9.2012 sa navrhovateľ domáhal vydania rozhodnutia, ktorým by súd zaviazal odporcu na zaplatenie sumy 3 673,13 eur z titulu majetkovej škody a 734,63 eur z titulu nemajetkovej ujmy vzniknutej nesprávnym úradným postupom Okresného súdu Bratislava V, pretože tento v zákonnej lehote nerozhodol o žiadosti o udelenie poverenia na vykonanie exekúcie v exekučnom konaní vedenom pre pohľadávku navrhovateľa proti povinnému J. S. (č.k. 12C/175/2012), podaním doručeným prvostupňovému súdu dňa 27.9.2012 sa navrhovateľ domáhal vydania rozhodnutia, ktorým by súd zaviazal odporcu na zaplatenie sumy 125 eur z titulu majetkovej škody a 540,29 eur z titulu nemajetkovej ujmy vzniknutej nesprávnym úradným postupom Okresného súdu Bratislava V, pretože tento v zákonnej lehote nerozhodol o žiadosti o udelenie poverenia na vykonanie exekúcie v exekučnom konaní vedenom pre pohľadávku navrhovateľa (č.k. 12C/180/2012). V podaní navrhovateľ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(sp.zn. 12C/158/2012) rozhodol Krajský súd v Bratislave uznesením zo dňa 16.10.2012, č.k. 2NcC/79/2012-20 o tom, že H.. H. W. je vylúčená z prejednávania a rozhodovania veci vedenej na Okresnom súde Bratislava V pod sp.zn. 12C/158/2012 a ostatní vo výroku uvedení sudcovia Okresného súdu Bratislava V (vrátane zákonnej sudkyne) v danej veci nie sú vylúčení z jej prejednania a rozhodovania. Zároveň nevyhovel návrhu navrhovateľa na postup v zmysle § 12 ods. 1 O.s.p. V posudzovanej veci (sp.zn. 12C/175/2012) rozhodol Krajský súd v Bratislave uznesením zo dňa 19.10.2012, č.k. 14NcC/89/2012-22 o tom, že JUDr. Viera Sandtnerová nie je vylúčená z prejednávania a rozhodovania veci vedenej na Okresnom súde Bratislava V pod sp.zn. 12C/175/2012. V posudzovanej veci (sp.zn. 12C/180/2012) rozhodol Krajský súd v Bratislave uznesením zo dňa 16.10.2012, č.k. 2NcC/78/2012-20 o tom, že H.. H. W. je vylúčená z prejednávania a rozhodovania veci vedenej na Okresnom súde Bratislava V pod sp.zn. 12C/180/2012 a ostatní vo výroku uvedení sudcovia Okresného súdu Bratislava V (vrátane zákonnej sudkyne) v danej veci nie sú vylúčení z jej prejednania a rozhodovania. Zároveň nevyhovel návrhu navrhovateľa na postup v zmysle § 12 ods. 1 O.s.p. Súd prvého stupňa následne uznesením zo dňa 27.2.2013, č.k. 12C/158/2012-44 spojil na spoločné konanie veci vedené pred jeho súdom pod sp.zn. 12C/158/2012, 12C/175/2012 a 12C/180/2012 na spoločné konanie s tým, že budú vedené pod sp.zn. 12C/158/2012. Z obsahu spisu ďalej vyplýva, že súd prvého stupňa stanovil v danej veci termín pojednávania na deň 2.12.2014 o 10,30 hod.. Predvolanie na toto pojednávanie bolo právnemu zástupcovi navrhovateľa doručené dňa 20.11.2014 (viď doručenka na č. l. 84). Navrhovateľ e-mailovým podaním bez zaručeného elektronického podpisu doručeným súdu prvého stupňa dňa 28.11.2014 (č. l.86) požiadal o zrušenie pojednávania z dôvodu, že mu nebolo doručené rozhodnutie Krajského súdu o vylúčení resp. nevylúčení sudcov Okresného súdu Bratislava I a v prípade, že Krajský súd rozhodne, že títo sudcovia nie sú vylúčení z prejednania veci, má záujem proti tomuto uzneseniu sa brániť všetkými možnými zákonnými prostriedkami, predovšetkým podaním sťažnosti na Ústavný súd SR. V e-mailovom podaní bez zaručeného elektronického podpisu zo dňa 7.2.2014 požiadal navrhovateľ o prerušenie konania do právoplatného rozhodnutia Ústavného súdu SR o ústavnej sťažnosti, ktorej predmetom je rozhodnutie o porušení práva navrhovateľa na zákonného sudcu a práva na nestranný súd a ktorej dôsledkom bude zrušenie rozhodnutia krajského súdu vo veci nevylúčenia sudcu povereného prejednávaním veci. Zo zápisnice z pojednávania nariadeného súdom prvého stupňa na deň 2.12.2014 vyplýva, že súd prvého stupňa pojednával v neprítomnosti účastníkov a vo veci na tomto pojednávaní aj rozhodol. Vychádzajúc z uvedeného odvolací súd konštatuje, že ak sa riadne predvolaný navrhovateľ na pojednávanie nariadené na deň 2.12.2014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právne a skutkovo odvodzoval od postupu exekučného súdu v konaniach vedených na Okresnom súde Bratislava V pod sp.zn. 37Er/168/2011, sp.zn. 37Er/3131/2011, 37Er/5037/2009.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znalecký posudok do skončenia dokazovania v priebehu prvostupňového konania (a napokon ani v odvolacom konaní) súdu nepredložil. Súd prvého stupňa preto správne o veci rozhodol len na základe listinných dokladov predložených do momentu jeho rozhodnutia účastníkmi konania s poukazom na nedostatočné preukázanie vzniku a výšky škody (ako paušálneho vyčíslenia nákladov na správu a udržateľnosť pohľadávky, ktoré malo byť podložené predmetným znaleckým posudkom). Za odňatie možnosti navrhovateľa konať pred súdom a za vadu v procesnom postupe súdu nie je možné posúdiť ani navrhovateľom namietanú okolnosť, že súd prvého stupňa rozhodol o jeho návrhu na prerušenie konania (do právoplatného rozhodnutia Ústavného súdu SR o ústavnej sťažnosti, ktorej predmetom je rozhodnutie o porušení práva navrhovateľa na zákonného sudcu a práva na nestranný súd) súčasne s rozhodnutím o veci samej, pretože toto tvrdenie nemá oporu v stave zistenom z obsahu súdneho spisu, keď prvostupňový súd nerozhodoval o jeho návrhu na prerušenie konania, nakoľko na neho neprihliadal s poukazom na § 42 ods. 1 O.s.p.; podľa názoru odvolacieho súdu tak postupoval správne aj s poukazom na rozhodnutie Najvyššieho súdu SR zo dňa 15.4.2011, č.k. 1Ndc/6/2011.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námietkam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žiadostiach súdneho exekútora o vydanie poverenia na vykonanie exekúcie v exekučných konaniach vedených pre pohľadávky navrhovateľa v zákonom stanovenej lehote. Podľa ustanovenia § 44 ods. 2 Exekučného poriadku (v znení platnom ku dňu začatia exekučných konaní)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zákonného ustanovenia vyplýva, že v prípade rozhodnutia, ktorým súd zamietne žiadosť súdneho exekútora o vydanie poverenia na vykonanie exekúcie (z dôvodu zistenia rozporu žiadosti o udelenie poverenia na vykonanie exekúcie alebo návrhu na vykonanie exekúcie alebo exekučného titulu so zákonom) nie je v zákone stanovená lehota. V preskúmavanej veci nie je preto možné konštatovať (zhodne s názorom súdu prvého stupňa), že došlo k nesprávnemu úradnému postupu exekučného súdu tým, že exekučný súd o žiadosti súdneho exekútora o vydanie poverenia na vykonanie exekúcie nerozhodol v zákonnej lehote (vo všetkých prípadoch exekučných konaní súvisiacich s prejednávanou vecou, súd zamietol žiadosti exekútora o udelenie poverenia na vykonanie exekúcie). Odvolací súd sa po oboznámení s obsahom spisu stotožňuje i so záverom súdu prvého stupňa o tom, že v posudzovanom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uviedol, že navrhovateľ neoznačil a nepredložil žiadne dôkazy na preukázanie svojho nároku (t.j. ani tie, ktoré mali preukázať vznik a výšku škody) do skončenia dokazovania.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Za odňatie možnosti navrhovateľa konať pred súdom a za vadu v procesnom postupe súdu nie je možné posúdiť ani navrhovateľom namietanú okolnosť, že súd prvého stupňa v danej veci nerozhodol rozsudkom pre zmeškanie podľa § 153b O.s.p., nakoľko na takýto postup neboli splnené zákonné podmienky (odporca sa k návrhu na začatie konania vyjadril podaním doručeným súdu dňa 22.3.2013). Na základe uvedeného odvolací súd rozhodnutie súdu prvého stupňa (vrátane správneho výroku o trovách konania pred súdom prvého stupňa)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2.3.2015, č.k. 12C/158/2012-129 uložil navrhovateľovi povinnosť zaplatiť poplatok za odvolanie v sume 20 eur, do 3 dní po právoplatnosti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zo dňa 29.3.2007, sp. zn. 4 Cdo 39/2007. V odvolaní napokon uviedol, že dané konanie sa začalo pred 1.10.2012, a preto v zmysle § 18ca zák. č. 71/1992 Zb. treba vec posúdiť podľa tohto zákona v znení platnom do 30.09.2012.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navrhovateľa v danej veci), ak bolo odvolanie (dovolanie) podané po 30. septembri 2012, vzťahuje sa na poplatkovú povinnosť v odvolacom (dovolacom) konaní právna úprava účinná od 1. októbra 2012, i keď konanie vo veci samej na súde prvého stupňa začalo do 30. septembra 2012. Na základe uvedeného odvolací súd uznesenie súdu prvého stupňa zo dňa 2.3.2015, č.k. 12C/158/2012-129 ako vecne správne podľa § 219 ods. 1 O.s.p. potvrdil. Poučenie: Proti tomuto rozsudku odvolanie nie je prípustné.</w:t>
      </w:r>
    </w:p>
    <w:p/>
    <w:p>
      <w:r>
        <w:t>Zdroj: KAUZIS.SK – https://www.kauzis.sk/judikatura/r/ECLI:SK:KSBA:2016:1512223620.2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