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3Co/65/2015 z 30. 3. 2016</w:t>
      </w:r>
    </w:p>
    <w:p>
      <w:r>
        <w:t>Rozsudok Krajského súdu Bratislava z 30. marca 2016, sp. zn. 3Co/65/2015, ECLI:SK:KSBA:2016:1512223649.2</w:t>
      </w:r>
    </w:p>
    <w:p>
      <w:r>
        <w:t>Súd: Krajský súd Bratislava</w:t>
      </w:r>
    </w:p>
    <w:p>
      <w:r>
        <w:t>Spisová značka: 3Co/65/2015</w:t>
      </w:r>
    </w:p>
    <w:p>
      <w:r>
        <w:t>ECLI: ECLI:SK:KSBA:2016:1512223649.2</w:t>
      </w:r>
    </w:p>
    <w:p>
      <w:r>
        <w:t>Dátum vydania: 30. 3. 2016</w:t>
      </w:r>
    </w:p>
    <w:p>
      <w:r>
        <w:t>Forma: Rozsudok</w:t>
      </w:r>
    </w:p>
    <w:p>
      <w:r>
        <w:t>Oblasť práva: Občianske právo</w:t>
      </w:r>
    </w:p>
    <w:p>
      <w:pPr>
        <w:pStyle w:val="Heading2"/>
      </w:pPr>
      <w:r>
        <w:t>Text rozhodnutia</w:t>
      </w:r>
    </w:p>
    <w:p>
      <w:r>
        <w:t>Súd: Krajský súd Bratislava Spisová značka: 3Co/65/2015 Identifikačné číslo súdneho spisu: 1512223649 Dátum vydania rozhodnutia: 31. 03. 2016 Meno a priezvisko sudcu, VSÚ: JUDr. Roman Bolebruch ECLI: ECLI:SK:KSBA:2016:1512223649.2 ROZSUDOK V MENE SLOVENSKEJ REPUBLIKY Krajský súd v Bratislave v senáte zloženom z predsedu senátu JUDr. Romana Bolebrucha a sudcov JUDr. Ing. Maria Dubaňa a JUDr. Alexandry Hanusovej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V č.k. 24C/161/2012-87, zo dňa 15.12.2014, takto r o z h o d o l : Odvolací súd napadnutý rozsudok súdu prvého stupňa p o t v r d z u j e . Odporcovi náhradu trov odvolacieho konania n e p r i z n á v a . o d ô v o d n e n i e : Napadnutým rozsudkom súd prvého stupňa zamietol návrh a odporcovi nepriznal náhradu trov konania. V odôvodnení uviedol, že navrhovateľ sa svojim návrhom domáhal zaplatenia 125 eur titulom majetkovej škody a 741,29 eura titulom nemajetkovej ujmy, ktoré mu vznikli nesprávnym úradným postupom Okresného súdu Bratislava V. Podľa návrhu navrhovateľ ako veriteľ zo zmluvy o úvere č.: 103500003 navrhol súdnemu exekútorovi vykonať exekúciu z dôvodu nerešpektovania zmluvných dojednaní a zákonných ustanovení zo strany dlžníčky O. N.. Súdny exekútor požiadal miestne a vecne príslušný súd o udelenie poverenia, avšak exekučný súd žiadosť súdneho exekútora o udelenie poverenia na vykonanie exekúcie zamietol. Majetková škoda vznikla navrhovateľovi ako náhrada účelne vynaložených nákladov spojených s jeho činnosťou uskutočňovanou vo veci správy a udržateľnosti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navrhovateľ odôvodnil skutočnosťou, že samotné konštatovanie porušenia práva na rozhodnutie o žiadosti o udelenie poverenia na vykonania exekúcie v zákonom stanovenej dobe v spojení s porušením práva na prerokovanie veci bez zbytočných 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Márnym uplynutím času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Súd prvého stupňa prejednal vec v neprítomnosti účastníkov podľa § 101 ods. 2 O.s.p. prihliadnuc na obsah spisu a písomné stanoviská účastníkov. Odporcom vznesenú námietku premlčania nepovažoval za opodstatnenú. Konštatoval, že navrhovateľ sa nepochybne domáha nároku na náhradu škody poukazujúc na nesprávny úradný postup súdu, ktorým mu mala byť spôsobená škoda, vzniknutá pred účinnosťou novelizovaného znenia zákona č. 514/2003 Z.z.; navrhovateľ nárok na náhradu škody u odporcu ako aj na súde uplatnil podľa zákona č. 514/2003 Z.z. v čase jeho účinnosti do 31.12.2012. Vzhľadom na to, že § 9 zákona č. 514/2003 Z.z. je hmotnoprávne ustanovenie, pričom k dátumu 1.1.2013, t.j. k účinnosti novely nie je žiadne prechodné ustanovenie, mal za to, že je na daný prípad nutné aplikovať znenie zákona do 31.12.2012, teda ustanovenie platné v čase vzniku nároku, resp. uplatnenia nároku súdnou cestou. Uviedol, že zodpovednosť za škodu spôsobenú nesprávnym úradným postupom je osobitným druhom zodpovednosti a je zodpovednosťou objektívnou, vzniká za splnenia všetkých zákonných podmienok vzniku tejto zodpovednosti, ktoré musia byť splnené kumulatívne. Pri nesplnení čo i len jednej podmienky zodpovednosť za škodu nevznikne, pri splnení všetkých podmienok súčasne sa zodpovednosti za škodu nemožno zbaviť. Z pripojeného exekučného spisu mal za nepochybné, že (exekučný) súd žiadosť súdneho exekútora o udelenie poverenia na vykonanie exekúcie zamietol po uplynutí 15 dňovej lehoty od podania žiadosti, avšak súčasne dospel k záveru, že na danú vec sa uvedená lehota nevzťahuje a preto jej nedodržaním nemožno hovoriť o nesprávnom úradnom postupe. Uviedol, že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písomne poverí exekútora, aby vykonal exekúciu. Ak súd zistí rozpor žiadosti alebo návrhu alebo exekučného titulu so zákonom, žiadosť o udelenie poverenia na vykonanie exekúcie uznesením zamietne. Proti tomuto uzneseniu je prípustné odvolanie. Z uvedenej dikcie zákona mu jednoznačne vyplynulo, že na vydanie rozhodnutia v podobe zamietnutia žiadosti o udelenie poverenia zákonná lehota nie je daná, ak súd exekútora nepoverí, 15 dňová lehota neplatí. Nie je možné ani logicky predpokladať, že by to bol zámer zákonodarcu určiť 15 dňovú lehotu i na zamietnutie žiadosti o udelenie poverenia na vykonanie exekúcie, keďže ide o zložitý proces posudzovania žiadosti o udelenie poverenia na vykonanie exekúcie, návrhu na vykonanie exekúcie a exekučného titulu. Súd prvého stupňa sa nestotožnil s tvrdením navrhovateľa, že (exekučný) súd porušil svoje zákonné povinnosti nesprávnym úradným postupom spočívajúcom v nečinnosti, resp. prieťahoch v konaní tým, že zamietol žiadosť súdneho exekútora o udelenie poverenia na vykonanie exekúcie po 15 dňovej lehote, nakoľko mal za to, že zákon takúto lehotu v prípade zamietnutia žiadosti neukladá. V neposlednom rade mal za potrebné poukázať na to, že nie každý prieťah v konaní možno vyhodnotiť ako prieťah zbytočný (čl. 48 ods. 2 veta prvá Ústavy Slovenskej republiky), pri posudzovaní, či prieťah v konaní bol alebo nebol zbytočný, sú rozhodujúce všetky okolnosti konkrétnej veci. Na priznanie oprávnenosti nároku poškodeného za škodu spôsobenú nesprávnym úradným postupom nečinnosťou súdu, musí ísť o taký významný prieťah, ktorý možno kvalifikovať ako neefektívny postup súdu a zbytočný prieťah a zdôraznil, že ak sa navrhovateľ cítil poškodený zamietnutím žiadosti o vydanie poverenia, mal postupovať v zmysle zásady vigilantibus iura, a mal možnosť už v exekučnom konaní poukázať na nečinnosť súdu formou sťažnosti adresovanej predsedovi súdu, ktorý po prešetrení sťažnosti mohol konštatovať, že sťažnosť je oprávnená a došlo k zbytočnému prieťahu v exekučnom konaní. Súd prvého stupňa ďalej uviedol, že navrhovateľ v konaní nepreukázal ani splnenie druhej podmienky vyžadovanej zákonom pre vznik zodpovednosti za škodu spôsobenú nesprávnym úradným postupom, a to vznik samotnej škody ako majetkovej ujmy. Vyúčtované režijné náklady navrhovateľa nemôžu byť považované za faktickú škodu, nakoľko sa jedná o náklady vynaložené na celkovú podnikateľskú činnosť navrhovateľa v súvislosti s realizovaním predmetu jeho obchodnej činnosti. Vychádzal z toho, že podnikateľský subjekt znáša aj podnikateľské riziko prípadného ekonomického neúspechu obchodných prípadov, administratívne náklady s tým súvisiace nezakladajú nárok na náhradu škody zodpovedajúcu svojou výškou výške vynaložených nákladov. Neprijal tvrdenie navrhovateľa týkajúce sa výšky majetkovej ujmy a samotné tvrdenie bez relevantného dôkazného preukázania nepovažoval za postačujúce. Z dôvodu neunesenia dôkazného bremena navrhovateľom v časti žalobného návrhu ohľadom majetkovej škody, súd prvého stupňa nárok ako nedôvodný zamietol a dodal, že nakoľko nebol preukázaný vznik škody, nemohla byť rovnako preukázaná ani príčinná súvislosť medzi porušením právnej povinnosti a škodou, ktorá porušením povinnosti vznikla. V neposlednom rade považoval za nutné poukázať na to, že v danom prípade sa jedná o exekučnú vec, v ktorej o udelenie poverenia bolo žiadané na základe exekučného titulu - rozhodcovského rozhodnutia vydaného na základe spotrebiteľského vzťahu. Vzhľadom na problematiku rozhodovania v spotrebiteľských vzťahoch a na rozsiahlu právnu úpravu, týkajúcu sa právnej ochrany spotrebiteľa, bol súd v rámci exekučného konania povinný skúmať predmetné rozhodcovské rozhodnutie, vychádzajúc z rozhodnutia Súdneho dvora Európskej únie vo veci C40/08 (Astrucom Telecomunicaciones SL proti U. V. J.), podľa ktorého Smernicu 93/13 treba vykladať v tom zmysle, že vnútroštátny súd, ktorý rozhoduje o návrhu na nútený výkon právoplatného rozhodcovského nálezu vydaného bez účasti spotrebiteľa, musí, pokiaľ má na tento účel k dispozícii nevyhnutné informácie o právnom a skutkovom stave, aj bez návrhu posúdiť primeranosť rozhodcovskej doložky obsiahnutej v zmluve uzatvorenej predávajúcim alebo poskytovateľom so spotrebiteľom, ak je podľa vnútroštátnych procesných pravidiel možné vykonať takéto posúdenie v rámci obdobných konaní na základe vnútroštátneho práva. Ak ide o neprimeranú doložku, prináleží tomuto súdu vyvodiť všetky dôsledky, ktoré z toho vyplývajú podľa vnútroštátneho práva, aby sa súd uistil, že tento spotrebiteľ nebude uvedenou doložkou viazaný. S poukazom na uvedené uzavrel, že (exekučný) súd posúdil väčšiu zložitosť a náročnosť po právnej stránke a nevyhnutnosť skúmania rozhodcovského rozhodnutia ako exekučného titulu, nakoľko v zmysle ustanovení Smernice rady 93/13/EHS každá zložka súdneho procesu je povinná skúmať a preverovať, aby nemorálne podmienky spotrebiteľa nezaväzovali v záujem vyššej kvality života. Ohľadom požadovanej náhrady nemajetkovej ujmy súd prvého stupňa neprijal právnu argumentáciu navrhovateľa, podľa ktorej samotné konštatovanie porušenia práva rozhodnutím o zamietnutí žiadosti o udelenie poverenia na vykonanie exekúcie v zákonom stanovenej lehote v spojení s porušením práva na prerokovanie veci bez zbytočných prieťahov a práva na prejednanie veci v primeranom čase, nie je dostatočným zadosťučinením. Poukázal na skutočnosť, že v danej veci (exekučný) súd nemal povinnosť rozhodnúť v zákonom stanovej lehote, nakoľko zákon v prípade zamietnutia žiadosti o udelenie poverenia žiadnu lehotu nevyžaduje. Nemajetkovú ujmu mal za adekvátnu, keď sa jedná o stratu dôveryhodnosti, spochybnenie serióznosti a poctivosti konania poškodeného subjektu, vrátane podnikateľských aktivít. Na rozdiel od škody, ktorá sa musí preukázať, ujma sa zdôvodňuje. Podľa súdu prvého stupňa je pri stanovení výšky nemajetkovej ujmy potrebné zohľadňovať závažnosť a intenzitu konania, dosah a motívy konania, úmysel konania a dĺžku protiprávneho konania, pričom všetky kritéria je potrebné vyhodnotiť nielen z hľadiska konania súdu, ale aj z hľadiska navrhovateľa a jeho právneho postavenia ako právnickej osoby. Dôvodil, že navrhovateľ nijako nešpecifikoval ani nekonkretizoval ako skutočnosť, že exekučný súd zamietol žiadosť súdneho exekútora na vykonanie exekúcie na základe vykonateľného rozhodcovského rozsudku, ohrozila jeho subjektívne práva, nepreukázal, že by daná situácia negatívnym spôsobom ovplyvnila jeho podnikateľskú činnosť, ktorú preukázateľne naďalej vykonáva. Záverom skonštatoval, že argumentácia navrhovateľa sa mu javí ako teoretické zdôvodňovanie možných následkov nesprávneho úradného postupu exekučného súdu, bez potrebnej konkretizácie a zdokladovania údajnej nemajetkovej ujmy. Nakoľko navrhovateľ nepreukázal splnenie všetkých zákonných predpokladov zodpovednosti štátu za škodu spôsobenú nesprávnym úradným postupom, súd prvého stupňa s poukazom na § 3 ods. 1, ods. 2, § 4 ods. 1 písm. a), § 9 ods. 1, ods. 2, ods. 4, § 15 ods. 1, ods. 2, § 16 ods. 1, § 17 ods. 2, ods. 3, ods. 4, § 19 ods. 1, ods. 2, ods. 3 zákona č. 514/2003 Z.z. a § 44 ods. 2 Exekučného poriadku návrh v celom rozsahu zamietol. O náhrade trov konania rozhodol podľa § 142 ods. 1 O.s.p.; nakoľko si však úspešný odporca trovy konania nevyčíslil, ich náhradu mu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31.3.2016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15.12.2014,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konštatovaním v zápisnici o pojednávaní, že nebude prihliadať na uvedenú požiadavku navrhovateľa o.i. z dôvodu, že prejednávajúcu sudkyňu Krajský súd v Bratislave z prejednávania predmetnej veci nevylúčil,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6NcC/104/2012-17, zo dňa 19.10.2012 rozhodol, že sudcovia Okresného súdu Bratislava V (o.i. zákonná sudkyňa JUDr. Mária Filová)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zrušenie nariadeného pojednávania a prerušenie konania viacerými uzneseniami v obdobných veciach (napr. č.k. II. ÚS 556/2013-10 zo dňa 30.10.2013, č.k. III. ÚS 295/2013-12, zo dňa 2.7.2013, č.k. III. ÚS 424/2013-11 zo dňa 10.9.2013) takéto ústavné sťažnosti navrhovateľa pre nedostatok právomoci odmietol. V prejednávanej veci teda neexistovali dôvody zakladajúce zákonnú povinnosť súdu prerušiť konanie v zmysle § 109 ods. 1 písm. b) O.s.p. a počkať na rozhodnutie Ústavného súdu Slovenskej republiky, taktiež neprebiehalo žiadne konanie, v ktorom by sa riešila otázka v zmysle § 109 ods. 2 písm. c) O.s.p. majúca význam pre rozhodnutie súdu v danej veci a preto súd prvého stupňa postupoval správne, keď v zmysle § 101 ods. 2 O.s.p. vec prejednal v neprítomnosti účastníkov konania.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ďalšie dôkazy na preukázanie svojich tvrdení. Pokiaľ potom súd prvého stupňa vykonal na pojednávaní dokazovanie navrhnuté navrhovateľom,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Pokiaľ ide právne posúdenie veci, má odvolací súd zhodne so súdom prvého stupňa za to, že navrhovateľ nepreukázal splnenie žiadneho z predpokladov pre vznik zodpovednosti za škodu podľa zákona č. 514/2003 Z.z. Súd prvého stupňa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Navrhovateľ svoj návrh odôvodnil nedodržaním zákonom stanovenej lehoty 15 dní na udelenie poverenia na vykonanie exekúcie. Vykonaným dokazovaním bolo preukázané, že návrhom doručeným exekučnému súdu dňa 8.4.2011 súdny exekútor JUDr. Rudolf Krutý v súlade s § 44 Exekučného poriadku požiadal o udelenie poverenia na vykonanie exekúcie na základe exekučného titulu - rozsudku Stáleho rozhodcovského súdu. Uznesením zo dňa 14.5.2012, sp. zn. 36Er/2582/2011, exekučný súd žiadosť súdneho exekútora o udelenie poverenia na vykonanie exekúcie zamietol. Odvolací súd sa stotožňuje so záverom súdu prvého stupňa, že v konaní nebol preukázaný nesprávny úradný postup exekučného súdu. Súd prvého stupňa v tejto súvislosti správne poukázal na znenie ust. § 44 ods. 2 Exekučného poriadku v znení účinnom v čase podania žiadosti o udelenie poverenia na vykonanie exekúcie na exekučný súd, z ktorého vyplýva, že 15 dňová lehota na udelenie poverenia na vykonanie exekúcie zaväzuje exekučný súd iba prípade, že nezistí rozpor žiadosti o udelenie poverenia na vykonanie exekúcie so zákonom a exekútora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zákona č. 514/2003 Z.z., ktorým je existencia nesprávneho úradného postupu. Vzhľadom na nesplnenie prvého z kumulatívnych predpokladov pre vznik zodpovednosti za škodu v zmysle zákona č. 514/2003 Z.z., nebolo potrebné skúmať splnenie ďalších predpokladov. Odvolací súd však pre úplnosť dodáva, že sa stotožňuje aj so záverom súdu prvého stupňa, že navrhovateľ v konaní nepreukázal vznik majetkovej škody a nemajetkovej ujmy.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Odvolací súd sa nestotožnil s tvrdením navrhovateľa, že súd prvého stupňa nevykonal dostatočné dokazovanie, keď sa neoboznámil s predloženým Znaleckým posudkom č. 1/2014, vypracovaným Znaleckým ústavom Ekonomickej univerzity v Bratislave, z ktorého vyplývajú konkrétne náklady vynaložené v súvislosti so správou a vedením pohľadávky a poznamenáva, že súd prvého stupňa nebol povinný dopĺňať dokazovanie znaleckým posudkom vypracovaným na požiadanie navrhovateľa, nakoľko ho navrhovateľ do spisu nezaložil a v zmysle § 101 ods. 2 veta druhá za bodkočiarkou, bol povinný prihliadnuť iba na obsah spisu a dosiaľ vykonané dôkazy. Predmetný znalecký posudok, ktorý si údajne navrhovateľ nechal vypracovať, však nepripojil ani k odvolaniu. Dôkazné bremeno v súvislosti s preukázaním vzniku a výšky škody a príčinnej súvislosti medzi vzniknutou škodou a nesprávnym úradným postupom súdu zaťažuje navrhovateľa, ktorý nemôže vznik a výšku škody odvodzovať od jej paušálneho vyčíslenia.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15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https://www.kauzis.sk/judikatura/r/ECLI:SK:KSBA:2016:1512223649.2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