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14Co/281/2015 z 24. 2. 2016</w:t>
      </w:r>
    </w:p>
    <w:p>
      <w:r>
        <w:t>Uznesenie Krajského súdu Bratislava z 24. februára 2016, sp. zn. 14Co/281/2015, ECLI:SK:KSBA:2016:1512223815.3</w:t>
      </w:r>
    </w:p>
    <w:p>
      <w:r>
        <w:t>Súd: Krajský súd Bratislava</w:t>
      </w:r>
    </w:p>
    <w:p>
      <w:r>
        <w:t>Spisová značka: 14Co/281/2015</w:t>
      </w:r>
    </w:p>
    <w:p>
      <w:r>
        <w:t>ECLI: ECLI:SK:KSBA:2016:1512223815.3</w:t>
      </w:r>
    </w:p>
    <w:p>
      <w:r>
        <w:t>Dátum vydania: 24.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14Co/281/2015 Identifikačné číslo súdneho spisu: 1512223815 Dátum vydania rozhodnutia: 25. 02. 2016 Meno a priezvisko sudcu, VSÚ: JUDr. Katarína Javorčíková ECLI: ECLI:SK:KSBA:2016:1512223815.3 Uznesenie Krajský súd v Bratislave v právnej veci navrhovateľa: POHOTOVOSŤ, s.r.o., so sídlom Bratislava, Pribinova ul. č. 25, IČO: 35 807 598, zastúpený: advokátska kancelária Fridrich Paľko, s.r.o., so sídlom Bratislava, Grösslingova ul. č. 4, IČO: 36 864 421, proti odporcovi: Slovenská republika - Ministerstvo spravodlivosti Slovenskej republiky, so sídlom Bratislava, Župné námestie č. 13, o náhradu škody a nemajetkovej ujmy, o odvolaní navrhovateľa proti rozsudku Okresného súdu Bratislava V zo dňa 02.12.2014, č.k. 12C/173/2012-80, a uzneseniu zo dňa 02.03.2015, č.k. 12C/173/2012-115, pomerom hlasov 3:0 takto r o z h o d o l : Odvolací súd záhlavie rozsudku zo dňa 01.02.2014, č.k. 14Co/281-2/2015-45, o p r a v u j e tak, že právne označenie čísla konania vo veci má byť 14Co/281-2/2015-145. Vo zvyšnej časti ostáva rozhodnutie n e z m e n e n é . o d ô v o d n e n i e : Krajský súd v Bratislave ako súd odvolací svojím rozsudkom zo dňa 01.12.2015, č.k. 14Co/281-2/2015-45, rozhodol tak, že napadnutý rozsudok súdu prvého stupňa potvrdil, odporcovi náhradu trov odvolacieho konania nepriznal a napadnuté uznesenie súdu prvého stupňa potvrdil. Z dôvodu nesprávnej žurnalizácie strán v súdnom spise odvolací súd pri vypracovaní písomného vyhotovenia rozsudku nesprávne uviedol č.k. 14Co/281-2/2015-45, pričom správne malo byť označené číslo konania 14Co/281-2/2015-145. Podľa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Podľa § 211 ods. 2 O.s.p., ak tento zákon neustanovuje inak, pre konanie na odvolacom súde platia primerane ustanovenia o konaní pred súdom prvého stupňa. V zmysle vyššie citovaných ustanovení odvolací súd vzniknuté pochybenie týmto opravným uznesením odstránil. Poučenie: Proti tomuto uzneseniu odvolanie nie prípustné.</w:t>
      </w:r>
    </w:p>
    <w:p/>
    <w:p>
      <w:r>
        <w:t>Zdroj: KAUZIS.SK – https://www.kauzis.sk/judikatura/r/ECLI:SK:KSBA:2016:1512223815.3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