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9Co/127/2015 z 27. 1. 2016</w:t>
      </w:r>
    </w:p>
    <w:p>
      <w:r>
        <w:t>Rozsudok Krajského súdu Bratislava z 27. januára 2016, sp. zn. 9Co/127/2015, ECLI:SK:KSBA:2016:1512223885.2</w:t>
      </w:r>
    </w:p>
    <w:p>
      <w:r>
        <w:t>Súd: Krajský súd Bratislava</w:t>
      </w:r>
    </w:p>
    <w:p>
      <w:r>
        <w:t>Spisová značka: 9Co/127/2015</w:t>
      </w:r>
    </w:p>
    <w:p>
      <w:r>
        <w:t>ECLI: ECLI:SK:KSBA:2016:1512223885.2</w:t>
      </w:r>
    </w:p>
    <w:p>
      <w:r>
        <w:t>Dátum vydania: 27. 1. 2016</w:t>
      </w:r>
    </w:p>
    <w:p>
      <w:r>
        <w:t>Forma: Rozsudok</w:t>
      </w:r>
    </w:p>
    <w:p>
      <w:pPr>
        <w:pStyle w:val="Heading2"/>
      </w:pPr>
      <w:r>
        <w:t>Text rozhodnutia</w:t>
      </w:r>
    </w:p>
    <w:p>
      <w:r>
        <w:t>Súd: Krajský súd Bratislava Spisová značka: 9Co/127/2015 Identifikačné číslo súdneho spisu: 1512223885 Dátum vydania rozhodnutia: 28. 01. 2016 Meno a priezvisko sudcu, VSÚ: JUDr. Roman Huszár ECLI: ECLI:SK:KSBA:2016:1512223885.2 ROZSUDOK V MENE SLOVENSKEJ REPUBLIKY Krajský súd v Bratislave v senáte zloženom z predsedu senátu JUDr. Romana Huszára a členiek senátu JUDr. Zuzany Posluchovej a JUDr. Magdalény Florekovej v právnej veci navrhovateľa: POHOTOVOSŤ, s.r.o., Bratislava, Pribinova č. 25, IČO: 35807598, zastúpený advokátskou kanceláriou Fridrich Paľko, s.r.o., Bratislava Grösslingova č. 4, IČO : 36864421, proti odporcovi: Slovenská republika - Ministerstvo spravodlivosti Slovenskej republiky, Župné námestie č. 13, Bratislava, o náhradu majetkovej škody vo výške 175,-€ a nemajetkovej ujmy vo výške 110,64€, na odvolanie navrhovateľa proti rozsudku Okresného súdu Bratislava V zo dňa 18. februára 2015, č.k. 6 C 165/2012-151 a proti uzneseniu tohto istého súdu č.k. 6 C 165/2012-180zo dňa 6.marca 2015, pomerom hlasov 3:0 takto r o z h o d o l : Odvolací súd napadnutý rozsudok súdu prvého stupňa a napadnuté uznesenie č.k. 6 C 165/2012-180 zo dňa 6.marca 2015 p o t v r d z u j e . Odporcovi náhradu trov odvolacieho konania nepriznáva. o d ô v o d n e n i e : Napadnutým rozsudkom súd prvého stupňa zamietol návrh navrhovateľa, ktorým sa voči odporcovi domáhal náhrady majetkovej škody vo výške 175,-€ a náhrady nemajetkovej ujmy vo výške 110,64€, z titulu nesprávneho úradného postupu Okresného súdu Bratislava V v exekučnom konaní a rozhodol, že odporcovi nepriznal náhradu trov konania. Vo svojom rozhodnutí uviedol, že vec prejednal v neprítomnosti účastníkov ktorí sa na pojednávanie nedostavili, svoju neúčasť ospravedlnili, avšak odročenie pojednávania nežiadali, keď pri posudzovaní pri posudzovaní oprávnenosti námietky premlčania žalovaného nároku, vznesenej odporcom, s poukazom na ustanovenia § 1 písm. a/, § 19 ods. 1,2,3 zákona č. 514/2003 Z.z. o zodpovednosti za škodu spôsobenú pri výkone verejnej moci a o zmene niektorých zákonov v znení neskorších predpisov dospel k záveru, že námietka premlčania nie je opodstatnená, keď zo spisu súdu sp. zn. 36Er 1336/2004 vyplýva, že návrh na zmenu exekútora navrhovateľ doručil súdu dňa 20.07.2009, súd vo veci rozhodol dňa 24.09.2009, uznesením č.k. 36Er 1336/2004-51, právoplatným dňa 08.12.2010, ktorým návrhu oprávneného vyhovel. Prvostupňový súd ustálil, že o tvrdenej škode sa navrhovateľ fakticky dozvedel doručením uvedeného uznesenia, ktoré vtedajší právny zástupca navrhovateľa osobne prevzal dňa 08.12.2010, v uvedený deň mal teda reálnu vedomosť o tom, že mu mala vznikla škoda a kto škodu spôsobil. Právo na náhradu škody teda navrhovateľ mohol prvýkrát uplatniť na súde 09.12.2010, trojročná premlčacia lehota by uplynula dňa 09.12.2013. Keďže žalobný návrh bol podaný dňa 27.9.2012, navrhovateľ dodržal zákonnú trojročnú lehotu, námietka premlčania je neopodstatnená. Po právnej stránke prvostupňový súd svoje rozhodnutie odôvodnil ustanoveniami § 3 ods. 1,2, § 4 ods. 1, § 9 ods. 1,2, 4, § 15 ods. 1,2, § 16 ods. 1, § 17 ods. 2,3,4, § 25 ods. 1 citovaného zákona č. 514/2003 Z.z. a to v znení účinnom do 31.12.2012 ako aj v znení účinnom od 1.1.2013, keď uviedol, že podaniu žaloby na náhradu škody spôsobenej nesprávnym úradným postupom štátneho orgánu v zmysle uvedených ustanovení zákona č. 514/2003 Z.z. musí predchádzať prerokovanie nároku na príslušnom orgáne na základe písomnej žiadosti poškodeného o predbežné prerokovanie nároku, a až v prípade neuspokojenia nároku alebo jeho časti týmto orgánom v lehote šiestich mesiacov od doručenia žiadosti, sa môže poškodený domáhať svojho nároku na náhradu škody súdnou cestou. V danom prípade prvostupňový súd nemal za preukázané, že navrhovateľ skutočne podal na príslušný orgán - Ministerstvo spravodlivosti SR žiadosť o predbežné prerokovanie nároku na náhradu škody spôsobenej nesprávnym úradným postupom tunajšieho súdu, ktorý preukázateľne nevydal rozhodnutie o zmene súdneho exekútora v zákonom stanovenej 30- dňovej lehote. Podľa vyjadrenia odporcu dňa 23.4.2012 mu boli doručené prvé žiadosti o predbežné prerokovanie nároku na náhradu škody, avšak obdržanie žiadosti týkajúcej sa prejednávanej veci odporca nepotvrdil, navrhovateľ v tomto smere neuniesol dôkazné bremeno, keď nepreukázal, že konkrétna žiadosť ním bola odporcovi doručená a zaevidovaná. Možno len vychádzať z predpokladu, že v množstve žiadostí sa nachádzala aj predmetná žiadosť, relevantný doklad o podaní však nebol súdu predložený, preto súd dospel k záveru, že podmienka na súdne konanie nebola splnená. Vzhľadom na uvedené nemal prvostupňový súd za preukázaný ani rozsah nároku, ktorý mal byť predbežne prerokovaný, rovnako ani stanovisko ministerstva k žiadosti poškodeného . V neposlednom rade treba poukázať na skutočnosť, že prvé žiadosti o prerokovanie odporca prevzal 23.4.2012 a žalobný návrh navrhovateľ podal na súde 27.9.2012, teda pred uplynutím šesť mesačnej lehoty, počas ktorej zo zákona ministerstvo malo uspokojiť nárok poškodeného na náhradu škody, žaloba aj v prípade preukázania podania žiadosti, bola podaná predčasne. Prvostupňový súd poukázal nato, že navrhovateľ sa nepochybne domáha nároku na náhradu škody poukazujúc na nesprávny úradný postup súdu, ktorým mu mala byť spôsobená škoda, keď na daný právny vzťah súd primárne aplikoval zákon č. 514/2003 Z.z., ktorý nadobudol účinnosť dňa 1.7.2004, nakoľko k nesprávnemu úradnému postupu a prieťahom v konaní malo dôjsť po účinnosti uvedeného zákona. Zodpovednosť za škodu spôsobenú nesprávnym úradným postupom je osobitným druhom zodpovednosti a je zodpovednosťou objektívnou, vzniká za splnenia všetkých zákonných podmienok vzniku tejto zodpovednosti, ktoré musia byť splnené kumulatívne a ktorými sú 1./ porušenie právnej povinnosti orgánom verejnej moci, ktoré spočíva v nezákonnom rozhodnutí alebo nesprávnom úradnom postupe, pričom za nesprávny úradný postup sa považuje aj nečinnosť, prieťahy /§3 ods. 1 písm. a/,b/, §5 ods. 1, §6, §9 ods. 1,2 zákona č. 514/2003 Z.z./; 2./ vznik a existencia škody spôsobenej nezákonným rozhodnutím, nesprávnym úradným postupom /§3 ods. 1, §17 ods. 1,2,3,4, §18 zákona č. 514/2003 Z.z. a všeobecné ustanovenia Občianskeho zákonníka/; 3./ príčinná súvislosť medzi porušením právnej povinnosti a škodou, ktorá porušením povinnosti vznikla. Z pripojeného súdneho spisu sp. zn. 36Er 1336/2004 je nepochybné, že súd o návrhu navrhovateľa na zmenu súdneho exekútora rozhodol po zákonom stanovenej lehote. Prvostupňový súd sa nestotožnil s tvrdením navrhovateľa, že súd porušil svoje zákonné povinnosti nesprávnym úradným postupom spočívajúcom v nečinnosti, resp. prieťahoch v konaní tým, že o zmene exekútora rozhodol po 30-dňovej lehote, nakoľko nie každý prieťah v konaní možno vyhodnotiť ako prieťah zbytočný /čl.48 ods. 2 prvá veta Ústavy SR/. Nedodržanie zákonných lehôt sa nepovažuje automaticky za porušenie základného práva na prerokovanie veci bez zbytočných prieťahov, pri posudzovaní, či prieťah v konaní bol alebo nebol zbytočný, sú rozhodujúce všetky okolnosti danej veci. Na priznanie oprávnenosti nároku poškodeného za škodu spôsobenú nesprávnym úradným postupom nečinnosťou súdu, musí ísť o taký významný prieťah, ktorý možno kvalifikovať ako neefektívny postup súdu a zbytočný prieťah. Rozhodujúcimi faktormi pre takého posúdenie sú nielen obtiažnosť prejednávanej veci a súčinnosť účastníkov, ale v neposlednom rade aj stav konkrétneho súdneho oddelenia, ako počet vecí a preťaženosť sudcu, ktorý nepochybne má vplyv na rýchlosť konania súdu. Navrhovateľ ako poškodený mal postupovať v zmysle zásady vigilantibus iura /každý nech si stráži svoje právo/, mal možnosť už v exekučnom konaní poukázať na nečinnosť súdu formou sťažnosti adresovanej predsedovi súdu, ktorý po prešetrení sťažnosti mohol konštatovať, že sťažnosť je oprávnená a došlo k zbytočnému prieťahu v danom exekučnom konaní. Keďže sa tak nestalo a k posúdeniu, či v danom prípade existovali faktory, pre ktoré súd v exekučnom konaní nerozhodol v zákonnej lehote, nemožno nesplnenie zákonnej lehoty vyhlásiť za zbytočný prieťah spôsobilý porušenie ústavného práva navrhovateľa, v dôsledku ktorého mala navrhovateľovi vzniknúť škoda. Prvostupňový súd mal ďalej zato, že konaní navrhovateľ nepreukázal ani splnenie druhej podmienky vyžadovanej zákonom pre vznik zodpovednosti za škodu spôsobenú nesprávnym úradným postupom, a to vznik samotnej škody ako majetkovej ujmy. Vyúčtované režijné náklady navrhovateľa nemôžu byť považované za faktickú škodu, nakoľko sa jedná o náklady vynaložené na celkovú podnikateľskú činnosť navrhovateľa v súvislosti s realizovaním predmetu jeho obchodnej činnosti. Podnikateľský subjekt znáša aj podnikateľské riziko prípadného ekonomického neúspechu obchodných prípadov, administratívne náklady s tým súvisiace nezakladajú nárok na náhradu škody zodpovedajúcu svojou výškou výške vynaložených nákladov. Prvostupňový súd neprijal tvrdenie navrhovateľa týkajúce sa výšky majetkovej ujmy, samotné tvrdenie bez relevantného dôkazného preukázania, nie je postačujúce. Keďže nebol preukázaný vznik škody, nemohla byť rovnako preukázaná ani príčinná súvislosť medzi porušením právnej povinnosti a škodou, ktorá porušením povinnosti vznikla. Na základe vyššie uvedených skutočností prvostupňový súd nezobral do úvahy ani znalecký posudok predložený navrhovateľom. Naviac tento dôkaz považoval súd za neobjektívny, nakoľko si jeho vyhotovenie zadal navrhovateľ. Posudok tiež súd považuje za nadbytočný, keďže podľa jeho záverov navrhovateľ ani výšku majetkovej škody neuplatňoval. Z dôvodu neunesenia dôkazného bremena navrhovateľom v časti žalobného návrhu ohľadom majetkovej škody, prvostupňový súd v uvedenej časti nárok ako nedôvodný zamietol napriek tomu, že nebola súdom dodržaná lehota na rozhodnutie o zmene súdneho exekútora. Záverom prvostupňový súd uviedol, že navrhovateľ si v konaní uplatňoval aj nemajetkovú ujmu, z dôvodu, že samotné konštatovanie porušenia práva na rozhodnutie o návrhu na zmenu súdneho exekútora v zákonom stanovenej lehote v spojení s porušením práva na prerokovanie veci bez zbytočných prieťahov a práva na prejednanie veci v primeranom čase, nie je dostatočným zadosťučinením. Poukázal na riziká, ktorým bol vystavený nesprávnym postupom exekučného súdu, nemajetkovú ujmu si uplatnil za vnútorné zásahy do spoločnosti, ovplyvňovanie podnikateľského plánovania a rozhodovania, za porušenie jeho práv, stratu legitímnych očakávaní, že nastane v zákonom čase stav predpokladaný zákonom, stratu dôvery v právo v spravodlivé riešenie veci a vyvolanie rizík ohrozujúcich konečné vymoženie pohľadávky. S poukazom na rozhodnutie Ústavného súdu SR za každý mesiac omeškania požadoval priznať sumu 55,32 €. Prvostupňový súd neprijal právnu argumentáciu navrhovateľa, ktorú vyhodnotil za špekulatívnu a účelovú . Pojem ujma predstavuje ohrozenie subjektívnych občianskych práv a zároveň je aj jedným z predpokladov občianskoprávnej zodpovednosti. Nemajetková ujma je adekvátna, keď sa jedná o stratu dôveryhodnosti, spochybnenie serióznosti a poctivosti konania poškodeného subjektu, vrátane podnikateľských aktivít. Na rozdiel od škody, ktorá sa musí preukázať, ujma sa zdôvodňuje. Pri stanovení výšky nemajetkovej ujmy je potrebné zohľadňovať závažnosť a intenzitu konania, dosah a motívy konania, úmysel konania a dĺžku protiprávneho konania, pričom všetky kritéria je potrebné vyhodnotiť nielen z hľadiska konania súdu, ale aj z hľadiska navrhovateľa a jeho právneho postavenia ako právnickej osoby. Navrhovateľ nijako nešpecifikoval ani nekonkretizoval ako skutočnosť, že exekučný súd vydal rozhodnutie o zmene exekútora po zákonom stanovenej lehote ohrozila jeho subjektívne práva, nepreukázal, že by daná situácia negatívnym spôsobom ovplyvnila jeho podnikateľskú činnosť, ktorú preukázateľne naďalej vykonáva. Argumentácia navrhovateľa sa javila súdu ako teoretické zdôvodňovanie možných následkov nesprávneho úradného postupu exekučného súdu, bez potrebnej konkretizácie a zdokladovania údajnej nemajetkovej ujmy. Z rozhodovacej činnosti súdu je známe množstvo úverov, ktoré navrhovateľ ako nebankový subjekt poskytuje aj dohodnuté zmluvné podmienky, často majúce vlastnosti neprijateľných zmluvných podmienok. Finančné profitovanie z týchto úverov v porovnaní s občasným neúspechom v rámci bežného podnikateľského rizika, nemôže mať veľký ekonomický dopad na ďalšiu podnikateľskú existenciu navrhovateľa. Prvostupňový súd vyhodnotil za dostačujúce konštatovanie, že v exekučnom konaní nebolo vydané rozhodnutie v zákonom stanovenej lehote, že došlo postupom súdu k porušeniu práva a vzhľadom na neunesenie dôkazného bremena navrhovateľom, s poukazom na zvýšenú ochranu spotrebiteľov (dlžníkov v pôvodných konaniach), samotné konštatovanie súd považoval za dostatočné zadosťučinenie a žalovaný nárok na priznanie nemajetkovej ujmy zamietol ako nedôvodný. O náhrade trov konania súd rozhodol podľa § 142 ods. 1 O.s.p. a vzhľadom na to, že odporca, ktorý mal úspech v konaní, nežiadal náhradu trov konania. Proti uvedenému rozsudku podal v zákonom stanovenej lehote odvolanie navrhovateľ, ktorý žiadal napadnutý rozsudok súdu prvého stupňa zrušiť a vec vrátiť na ďalšie konanie. Namietol prejednanie veci v neprítomnosti jeho právneho zástupcu pre nesplnenie podmienok podľa § 101 ods. 2 O.s.p., keď navrhovateľ riadne a včas požiadal z dôležitých dôvodov, ktorých existenciu preukázal priloženými listinnými dôkazmi, o zrušenie nariadeného pojednávania a vyslovil, že trvá na osobnej účasti právneho zástupcu na predmetnom pojednávaní. Ďalej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Navrhovateľ namietol predčasnosť rozhodnutia vo veci samej z dôvodu súbežného rozhodovania o zamietnutí jeho návrhu na prerušenie konania podľa § 109 ods. 2 písm. c) O.s.p. Nakoľko vydaním rozhodnutia vo veci samej predbehol súd prvého stupňa účinky právoplatného rozhodnutia o prerušení konania, odňal navrhovateľovi možnosť konať pred súdom.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O.s.p., mal súd prvého stupňa rozhodnúť rozsudkom pre zmeškanie podľa § 153b O.s.p. Namiesto toho však súd prvého stupňa bez nariadenia pojednávania doplnil skutkový základ dokazovaním, ktorého obsah a rozsah si určil sám a rozhodol vo veci samej ignorujúc § 153b O.s.p. Odôvodnenie napadnutého rozsudku v časti zamietnutia návrhu na náhradu majetkovej škody mal navrhovateľ za nepreskúmateľné a arbitrárne, keď súd prvého stupňa sa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O.s.p. a neoznámil mu, že hodlá vyhlásiť rozhodnutie vo veci samej, aby tak mal priestor navrhnúť a predložiť ďalšie dôkazy. Namietal ďalej nevykonanie dokazovania dostatočným spôsobom, keďže prvostupňový súd sa neoboznámil zo Znaleckým posudkom č. 1/2014.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Za irelevantné navrhovateľ označil úvahy súdu prvého stupňa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Odporca sa k odvolaniu navrhovateľa písomne nevyjadril. Odvolací súd preskúmal vec podľa § 212 ods. 1 O.s.p. bez nariadenia ústneho pojednávania podľa § 214 ods. 3 O.s.p. ( rozsudok bol odvolacím súdom verejne vyhlásený podľa § 211 ods. 2 a § 156 ods. 3 O.s.p.) a dospel k záveru, že odvolanie navrhovateľa proti rozsudku nie je dôvodné.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Po oboznámením sa s obsahom spisu má odvolací súd zato, že súd prvého stupňa vykonal vo veci dokazovanie v dostatočnom rozsahu a riadne zistil skutkový stav veci v zmysle § 153 ods. 1 O.s.p.. Súd prvého stupňa správne postupoval, keď sa zameral na zisťovanie základných zákonných predpokladov pre priznanie náhrady škody a náhrady nemajetkovej ujmy v zmysle zákona č. 514/2003 Z.z. a dospel k správnemu záveru, že navrhovateľ, ktorého zaťažovalo dôkazné bremeno, v predmetnej veci nepreukázal naplnenie vyššie uvedených zákonných predpokladov vzniku zodpovednosti štátu za škodu spôsobenú pri výkone verejnej moci. Svoje rozhodnutie súd prvého stupňa aj patričným spôsobom odôvodnil / § 157 ods. 2, 3 Os.p. / keď v odôvodnení svojho rozsudku sa vysporiadal so všetkými okolnosťami, na ktorých založil svoje rozhodnutie a ktoré boli pre jeho rozhodnutie podstatné a odvolací súd sa v zmysle § 219 ods. 2 O.s.p. v plnom rozsahu stotožňuje s odôvodnením napadnutého rozhodnutia. K odvolacím námietkam navrhovateľa odvolací súd uvádza, že súd za splnenia predpokladov uvedených v ustanovení § 101 ods. 2 O.s.p. môže uskutočniť pojednávanie a na tomto aj rozhodnúť vec bez prítomnosti účastníka, resp. jeho zástupcu, ktorý bol riadne predvolaný a nepožiadal z dôležitého dôvodu o jeho odročenie. Dôležitý dôvod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Dôležitosť dôvodu, ktorým je odôvodňovaná žiadosť neprítomného účastníka o odročenie pojednávania (§ 101 ods. 2 O.s.p.), posudzuje súd podľa okolností toho - ktorého prípadu. K otázke vylúčenia konajúceho sudcu odvolací súd uvádza, že otázka nestrannosti konajúceho sudcu, ktorú navrhovateľ opätovne (a z totožných dôvodov ako v návrhu na začatie konania) namietal v odvolaní, už bola v konaní právoplatne vyriešená Krajským súdom v Bratislave ako nadriadeným súdom postupom podľa § 16 O.s.p., keď uznesením č.k. 9 NcC/100/2012-14 rozhodol, že sudcovia Okresného súdu Bratislava V, nie sú vylúčení z prejednávania a rozhodovania vo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Súd prvého stupňa preto správne postupoval, keď v zmysle § 101 ods. 2 O.s.p. vec prejednal v neprítomnosti účastníkov konania. Neobstojí ani námietka navrhovateľa ohľadom porušenia práva na kontradiktórny súdny proces, keď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Navrhovateľ navyše napriek poučeniu podľa § 120 ods. 4 O.s.p. neoznačil ani nepredložil mimo návrhu na začatie konania ďalšie dôkazy na preukázanie svojich tvrdení. Nedôvodná je preto jeho námietka odňatia možnosti konať pred súdom s tým, že na pojednávaní chcel predložiť znalecký posudok ako dôkaz o výške vzniknutej majetkovej škody. Navrhovateľ nepoukázal na existenciu znaleckého posudku v návrhu na začatie konania a ani neskôr; neoznačil ho teda ako dôkaz na preukázanie svojich tvrdení (ani s tým, že ho založí po jeho vyhotovení) do vyhlásenia uznesenia, ktorým súd prvého stupňa skončil dokazovanie. Pokiaľ potom súd prvého stupňa vykonal na pojednávaní dokazovanie navrhnuté navrhovateľom v návrhu na začatie konania,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prvého stupňa nevykonával dokazovanie z vlastnej iniciatívy, ako uviedol navrhovateľ v odvolaní, keď exekučný spis označil ako dôkaz v návrhu na začatie konania samotný navrhovateľ; dokazovanie tak bolo vykonávané len na preukázanie tvrdení navrhovateľa a nie nad rámec navrhovateľovho návrhu. Právne irelevatná je aj námietka navrhovateľa, že prvostupňový súd sa neoboznámil zo Znaleckým posudkom č. 1/2014, keď prvostupňový súd v odôvodnení svojho rozhodnutia v súlade s ustanovením § 157 ods. 2 jasne vysvetli, prečo predmetný dôkaz nevykonal a neprihliadol naň.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O.s.p. je však upravený ako možnosť a nie povinnosť súdu). Rovnako navrhovateľ na jednej strane namietol prejednanie veci na pojednávaní v jeho neprítomnosti v zmysle § 101 ods. 2 O.s.p., no na strane druhej namietol skutočnosť, že v predmetnej veci sa neuskutočnilo pojednávanie, pričom nebolo možné rozhodnúť bez nariadenia pojednávania. K námietke navrhovateľa, že je nesprávny záver súdu prvého stupňa, že nepreukázal výšku škody a náhrady nemajetkovej umy odvolací súd dodáva, že súd prvého stupňa preto správne uviedol, že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zákonnej lehote a nemohol preto z dôvodu jej nedodržania zažiť stratu dôvery v právo a v spravodlivé riešenie veci. Čo sa týka ďalších námietok, uvedených v odvolaní, tieto boli identické ako obrana pred súdom prvého stupňa, s ktorou sa v odôvodnení svojho rozhodnutia prvostupňový súd vysporiadal a závery ktoré prijal sú odvolacím súdom akceptovateľné. Navrhovateľ neprodukoval žiadne také dôkazy, ktoré by neboli predmetom posúdenia a hodnotenia súdom prvého stupňa a ktoré by mohli zvrátiť výsledky doteraz vykonaného dokazovania a právneho posúdenia. Skutočnosť, že sa navrhovateľ nestotožňuje s právnymi závermi prvostupňového súdu, nemôže viesť k záveru o ich zjavnej neodôvodnenosti a neznamená ani oprávnenie odvolacieho súdu nahradiť správne právne názory súdu prvého stupňa jeho vlastnými, len preto, že nezodpovedajú predstavám navrhovateľa o tom, ako má súd vo veci rozhodnúť, keď tento sa neodchýlil od znenia príslušných ustanovení právneho predpisu, ani nepoprel ich účel a význam. Záverom odvolací súd len dodáva, že odvolacími námietkami navrhovateľa, v ktorých reagoval na procesný postup súdu prvého stupňa nevyplývajúci z obsahu spisu a ani z odôvodnenia rozhodnutia (námietka o tom, že konečné vydanie rozhodnutia vo veci samej súdom neprichádzalo do úvahy aj preto, že súd v rovnakom rozhodnutí súčasne rozhodol aj o zamietnutí návrhu navrhovateľa na prerušenie konania podľa § 109 ods.2 písm. c/ O.s.p., proti ktorému pripustil odvolanie) sa z tohto dôvodu ani nezaoberal. Odvolací súd z vyššie uvedených dôvodov napadnutý rozsudok ako vecne správny v zmysle § 219 ods. 1,2 O.s.p. potvrdil. Napadnutým uznesením č.k. 6 C 165/2012-180 zo dňa 6.marca 2015 súd prvého stupňa uložil navrhovateľovi povinnosť zaplatiť v lehote 3 dní súdny poplatok za odvolanie v sume 20,- € s poukazom na položkou 7a Sadzobníka súdnych poplatkov zák. č. 71/1992 Zb. o súdnych poplatkoch a poplatku za výpis z registra trestov. Proti uzneseniu podal navrhovateľ odvolanie a žiadal napadnuté uznesenie zrušiť bez náhrady. Súdu prvého stupňa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navrhovateľovi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29.3.2007, sp. zn. 4Cdo/39/2007,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V ďalšom poukázal na dôvodovú správu k vládnemu návrhu zákona, ktorým sa mení a dopĺňa zákon č. 145/1995 Z.z. o správnych poplatkoch, podľa ktorého v čl. II bod 3 sa žaloby budú spoplatňovať podľa položky č. 1 Sadzobníka súdnych poplatkov s tým, že z pozmeňovacích návrhov poslancov Q. M., U. K., V. V. Q. L. C. vyplýva, že v nadväznosti na zrušenie vecného oslobodenia pri žalobách na náhradu škody spôsobenej nezákonným rozhodnutím orgánu verejnej moci alebo jeho nesprávnym úradným postupom sa navrhuje zaviesť paušálny súdny poplatok pre tieto žaloby vo výške 20,-€,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Záverom podotkol, že žaloba bola v danej veci podaná na súd pred 1.10.2012, a preto v zmysle § 18ca zákona č. 71/1992 Zb. o súdnych poplatkoch treba na navrhovateľom podané odvolanie aplikovať právny stav platný do 30.9.2012, kedy bolo konanie vo veciach náhrady škody spôsobenej nezákonným rozhodnutím orgánu verejnej moci alebo jeho nesprávnym úradným postupom od poplatku vecne oslobodené. Odvolací súd preskúmal vec i z hľadiska tohto o odvolania podaného proti uzneseniu podľa § 212 ods. 1 O.s.p. , bez nariadenia odvolacieho pojednávania podľa § 214 ods. 2 O.s.p. a dospel k záveru, že odvolanie navrhovateľa nie je dôvodné. Podľa § 5 ods. 1 písm. a) zákona č. 71/1992 Zb. o súdnych poplatkoch a poplatku za výpis z registra trestov v platnom znení, poplatková povinnosť vzniká podaním návrhu, odvolania a dovolania alebo žiadosti na vykonanie poplatkového úkonu, ak je poplatníkom navrhovateľ, odvolateľ a dovolateľ. Podľa položky 1 bod 3 Sadzobníka súdnych poplatkov, ktorý tvorí prílohu zák. č. 71/1992 Zb. o súdnych poplatkoch v platnom znení, poplatky podľa rovnakej sadzby sa platia i v odvolacom konaní vo veci samej. Zákonom č. 621/2005 Z. z ustanovenia § 4 ods. 1 cit. zákona bolo vypustené písm. c/ od poplatku je oslobodené súdne konanie vo veciach náhrady škody spôsobenej rozhodnutím orgánu štátu alebo jeho nesprávnym úradným postupom s účinnosťou od 01. 01. 2006. Zákonom č. 621/2005 Z. z s účinnosťou od 01. 07. 2007 bolo vsunuté do § 4 ods. 1 zákona písm. k/ od poplatku je oslobodené súdne konanie vo veciach náhrady škody spôsobenej nezákonným rozhodnutím orgánu verejnej moci alebo jeho nesprávnym úradným postupom, ktoré bolo písm. k/ z ustanovenia § 4 ods. 1 zákona vypustené zákonom č. 286/2012 Z. z., s účinnosťou od 01. 10. 2012 s tým, že za podanie návrhu na náhradu škody spôsobenej nezákonným rozhodnutím orgánu verejnej moci alebo jeho nesprávnym úradným postupom je určená osobitná sadzba, v sume 20,-€ (položka č. 7a sadzobníka; od 01.10.2012). Z úkonov navrhnutých alebo za konania začaté do 30. 09. 2012 sa vyberajú poplatky podľa predpisov účinných do 30. 09. 2012, i keď sa stanú splatnými po 30. 09. 2012 (§ 18ca zákona). V súdenej veci sa navrhovateľ žalobou podanou na súd prvého stupňa dňa 27.9.2012 domáhal náhrady škody podľa zák. č. 514/2003 Z. z., o návrhu ktorom bolo rozsudkom zo dňa 18.2.2015 súdom prvého stupňa rozhodnuté. Navrhovateľ dňa 4.3.2015 podal odvolanie proti rozsudku súdu prvého stupňa. Z vyššie uvedeného výkladu vyplýva, že súdne konanie vo veciach náhrady škody spôsobenej nezákonným rozhodnutím orgánu verejnej moci alebo jeho nesprávnym úradným postupom od 01. 10. 2012 nepožíva vecné oslobodenie od súdnych poplatkov. Návrhy vo veci samej, odvolania, dovolania sa spoplatňujú ku dňu ich podania a podľa sadzobníka súdnych poplatkov, účinného ku dňu podania poplatkového úkonu. Ak teda podal navrhovateľ odvolanie po 01.10. 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(po 01. 10. 2012). Bezvýznamné z aspektu právneho posúdenia súdenej veci je, kedy bol podaný návrh na začatie konania , keďže zákonodarca rozlišuje medzi návrhom na začatie konania, odvolaním, dovolaním podania, ktoré sú z hľadiska zákona o súdnych poplatkoch samostatnými poplatkovými úkonmi, nezávisle od seba idúcimi. Uvedenému záveru nasvedčuje aj ustanovenie § 6 ods. 2 citovaného zákona podľa ktorého, ak je sadzba poplatku ustanovená za konanie, rozumie sa tým konanie na jednom stupni. Vo vzťahu k rozhodnutiu Najvyššieho súdu Slovenskej republiky, na ktoré navrhovateľ vo svojom odvolaní poukazuje,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K námietke navrhovateľa, že napadnuté uznesenie neobsahuje riadne odôvodnenie, v dôsledku čoho je nepreskúmateľné, odvolací súd dodáva, že aj keď riadne odôvodnenie uznesenia, rovnako aj rozsudku, je súčasťou základného práva účastníka súdneho konania na súdnu ochranu a s ňou súvisiaceho práva na spravodlivý súdny proces podľa čl. 46 ods. 1 a čl. 48 ods. 2 Ústavy Slovenskej republiky, stručné odôvodnenie rozhodnutia o poplatkovej povinnosti spočívajúce len v uvedení, že ide o súdny poplatok za podané odvolanie s uvedením konkrétnej položky sadzobníka súdnych poplatkov vyhovuje požiadavke dostatočného odôvodnenia rozhodnutia v zmysle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Ak prvostupňový súd zaviazal navrhovateľa na zaplatenie súdneho poplatku za odvolanie proti rozsudku podané dňa 4.3.2015 postupoval vecne správne, v dôsledku čoho odvolací podľa § 219 ods. 1 a 2 O.s.p. napadnuté uznesenie súdu prvého stupňa č.k. 6 C 165/2012-180 zo dňa 6.marca 2015 ako vecne správne potvrdil. O náhrade trov odvolacieho konania rozhodol odvolací súd podľa § 224 ods. 1 a § 142 ods. 1 O.s.p. tak, že v tomto konaní plne úspešnému odporcovi ich náhradu nepriznal pretože v zmysle § 151 ods. 1 O.s.p. absentoval návrh na ich priznanie. Poučenie: Proti tomuto rozsudku nie je možné podať odvolanie.</w:t>
      </w:r>
    </w:p>
    <w:p/>
    <w:p>
      <w:r>
        <w:t>Zdroj: KAUZIS.SK – https://www.kauzis.sk/judikatura/r/ECLI:SK:KSBA:2016:1512223885.2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