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3Co/84/2015 z 30. 3. 2016</w:t>
      </w:r>
    </w:p>
    <w:p>
      <w:r>
        <w:t>Rozsudok Krajského súdu Bratislava z 30. marca 2016, sp. zn. 3Co/84/2015, ECLI:SK:KSBA:2016:1512223947.2</w:t>
      </w:r>
    </w:p>
    <w:p>
      <w:r>
        <w:t>Súd: Krajský súd Bratislava</w:t>
      </w:r>
    </w:p>
    <w:p>
      <w:r>
        <w:t>Spisová značka: 3Co/84/2015</w:t>
      </w:r>
    </w:p>
    <w:p>
      <w:r>
        <w:t>ECLI: ECLI:SK:KSBA:2016:1512223947.2</w:t>
      </w:r>
    </w:p>
    <w:p>
      <w:r>
        <w:t>Dátum vydania: 30. 3.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140070</w:t>
      </w:r>
    </w:p>
    <w:p/>
    <w:p>
      <w:r>
        <w:t>Zdroj: KAUZIS.SK – https://www.kauzis.sk/judikatura/r/ECLI:SK:KSBA:2016:1512223947.2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