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8Co/385/2015 z 27. 6. 2016</w:t>
      </w:r>
    </w:p>
    <w:p>
      <w:r>
        <w:t>Rozsudok Krajského súdu Bratislava z 27. júna 2016, sp. zn. 8Co/385/2015, ECLI:SK:KSBA:2016:1512224014.3</w:t>
      </w:r>
    </w:p>
    <w:p>
      <w:r>
        <w:t>Súd: Krajský súd Bratislava</w:t>
      </w:r>
    </w:p>
    <w:p>
      <w:r>
        <w:t>Spisová značka: 8Co/385/2015</w:t>
      </w:r>
    </w:p>
    <w:p>
      <w:r>
        <w:t>ECLI: ECLI:SK:KSBA:2016:1512224014.3</w:t>
      </w:r>
    </w:p>
    <w:p>
      <w:r>
        <w:t>Dátum vydania: 27. 6. 2016</w:t>
      </w:r>
    </w:p>
    <w:p>
      <w:r>
        <w:t>Forma: Rozsudok</w:t>
      </w:r>
    </w:p>
    <w:p>
      <w:r>
        <w:t>Oblasť práva: Občianske právo</w:t>
      </w:r>
    </w:p>
    <w:p>
      <w:pPr>
        <w:pStyle w:val="Heading2"/>
      </w:pPr>
      <w:r>
        <w:t>Text rozhodnutia</w:t>
      </w:r>
    </w:p>
    <w:p>
      <w:r>
        <w:t>Súd: Krajský súd Bratislava Spisová značka: 8Co/385/2015 Identifikačné číslo súdneho spisu: 1512224014 Dátum vydania rozhodnutia: 28. 06. 2016 Meno a priezvisko sudcu, VSÚ: JUDr. Jana Vlčková ECLI: ECLI:SK:KSBA:2016:1512224014.3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V, zo dňa 16. februára 2015, č.k. 10C 188/2012-153,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995,76 eur podľa zák. č. 514/2003 Z.z. o zodpovednosti za škodu spôsobenú pri výkone verejnej moci; a odporcovi náhradu trov konania nepriznal. Vychádzal zo zistenia, že navrhovateľ ako oprávnený v exekučnom konaní pod spisovou značkou 37 Er 1708/2005 podal dňa 05.10.2010 exekučnému súdu (Okresný súd Bratislava V) návrh na zmenu exekútora, ktorému exekučný súd vyhovel uznesením zo dňa 29.03.2012 č.k. 37 Er/1708/2005 - 13, právoplatným dňom 18.7.2012. Takto ustálený skutkový stav veci posúdil po právnej stránke podľa § 9 a § 17 zákona č. 514/2003 Z.z. o zodpovednosti za škodu spôsobenú pri výkone verejnej a dospel k záveru, že navrhovateľ nepreukázal splnenie zákonných predpokladov zodpovednosti štátu za škodu spôsobenú nesprávnym úradným postupom. Konštatoval, že v danom prípade bol preukázaný nesprávny úradný postup Okresného súdu Bratislava V v exekučnom konaní, ku ktorému došlo tým, že v exekučnom konaní na návrh navrhovateľa ako oprávneného, o návrhu na zmenu súdneho exekútora nebolo rozhodnuté v primeranej lehote, v tejto súvislosti konštatoval porušenie zásady rýchlosti konania a vydania rozhodnutia po zákonnej lehote. Mal však za to, že navrhovateľ návrhom ani inými listinnými dôkazmi nepreukázal vznik materiálnej škody, keď sa obmedzil len na všeobecné tvrdenia v návrhu. Mal za to, že navrhovateľ v danej veci nepreukázal nárok na náhradu škody, ktorá mu mala vzniknúť nesprávnym úradným postupom, a to pokiaľ ide o vznik a výšku škody a príčinnú súvislosť medzi vznikom škody a nesprávnym úradným postupom, hoci ho v tomto smere zaťažovalo dôkazné bremeno, ktoré však neuniesol. Navrhovateľ nepreukázal skutočnosť, že by pôvodný exekútor objektívne nemohol, do rozhodnutia súdu o zmene súdneho exekútora na návrh oprávneného - navrhovateľa, pokračovať vo vymáhaní pohľadávok. Poukázal na to, že existovali objektívne okolnosti, pre ktoré súd nemohol dodržať zákonnú lehotu na rozhodnutie o návrhu na zmenu exekútora, pretože tieto návrhy boli podávané zo strany oprávneného hromadne do jednotlivých exekučných konaní a vzhľadom na zaťaženosť súdu nebolo možné o týchto návrhoch rozhodnúť v zákonom stanovenej lehote tridsiatich dní. Znalecký posudok číslo X/XXXX nepovažoval vo vzťahu k preukázaniu výšky skutočnej škody za objektívny a za nedôvodný považoval aj návrh uplatnený titulom nemajetkovej ujmy. O náhrade trov konania rozhodol podľa § 142 ods. 1 O.s.p. a úspešnému odporcovi nepriznal náhradu trov konania, nakoľko zo spisu nezistil žiadne trovy, ktoré by mu mali vzniknúť.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Vo vzťahu k výroku o zamietnutí návrhu na prerušenie konania namietal, že konečné meritórne rozhodnutie vo veci súdom (vylúčeným sudcom) neprichádzalo do úvahy z dôvodu, že súd v rovnakom rozhodnutí rozhodol aj o zamietnutí návrhu na prerušenie konania proti ktorému pripustil odvolanie; týmto postupom predbehol vydaním meritórneho rozhodnutia účinky právoplatného rozhodnutia o prerušení konania z dôvodu rozhodovania o otázke nestrannosti sudcu, ktorým porušil jeho práva na súdnu ochranu a možnosť konať pred súdom, a preto je jeho meritórne rozhodnutie predčasné. Argumentoval tiež tým, že v konaní predložil ako dôkaz o vzniku škody znalecký posudok číslo X/XXXX, ktorým bolo jednoznačne preukázané, že nesprávny úradný postup mal na neho negatívny dopad a objektívne spôsobil zníženie jeho majetku, a to v posudku určenej výške; v tejto súvislosti vytýkal súdu prvého stupňa, že nevykonal dostatočné dokazovanie oboznámením sa s predloženým znaleckým posudkom, z ktorého vyplýva, ktoré konkrétne náklady ním boli vynaložené v súvislosti so správou a vedením pohľadávky a jeho súčasťou súd prílohy, ktoré v príčinnej súvislosti s omeškaním exekučného súdu predstavujú podrobný prehľad o vynaložených mzdových nákladoch, nákladoch na tlač, na úpravu informačného systému, na poštovné a na telekomunikačné služby.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9 a § 17), ktoré aj správne vyložil a svoje úvahy, pre ktoré návrhu navrhovateľa nevyhovel a neprihliadol tak na jeho námietky proti postupu Okresného súdu Bratislava V v exekučnej veci sp. zn. 37Er 1708/5005, aj dostatočne v súlade s § 157 ods. 2 O.s.p. odôvodnil.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preskúmavanej veci je správny záver súdu prvého stupňa, že navrhovateľ v konaní nepreukázal vznik škody a nemajetkovej ujmy, keď nepredložil žiadne dôkazy preukazujúce vznik skutočnej škody a samotný všeobecný - paušálny výpočet údajných nákladov spojených s uplatnením práv vyplývajúcich mu z exekučného titulu v predmetnom exekučnom konaní vznik škody; tak ako to správne konštatoval i súd prvého stupňa; nepreukazuje a vznik škody a nemajetkovej ujmy nepreukazuje ani navrhovateľom predložený znalecký posudok č. X/XXXX zo dňa 17.01.2014, vypracovaný iba všeobecne, bez vzťahu k prejednávanej veci.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Odkaz navrhovateľa na nálezy Ústavného súdu SR, ktorými bolo priznané sťažovateľovi finančné zadosťučinenie nepovažoval odvolací súd za relevantný podklad pre priznanie uplatňovanej náhrady nemajetkovej ujmy vo výške 55,32 eur mesačne. Odvolací súd považuje za potrebné zdôrazniť, že nečinnosť orgánu verejnej moci či zbytočné prieťahy v konaní nepochybne znamenajú samé o sebe pre poškodeného určitú imateriálnu ujmu, to však ale poškodeného nezbavuje povinnosti preukázať, v prípade uplatňovania jej peňažnej náhrady, vznik tejto nemajetkovej ujmy v jednotlivých oblastiach života a intenzitu zásahu, ako aj to, že iba samotné konštatovanie porušenia práva nie je dostatočne účinným a efektívnym prostriedkom na vyváženie či zmiernenie tejto vzniknutej ujmy. Hoci aj v dôsledku neprimerane dlhotrvajúceho konania možno ujmu spočívajúcu v neistote poškodeného ohľadne výsledku konania predpokladať, je ale už predmetom ďalšieho dokazovania posudzovanie, či ide o ujmu nepatrnú alebo značnú, kedy je na poškodenom, aby svoje tvrdenia o existencii takých relevantných skutočností, ktoré umocňujú hĺbku zásahu alebo významne ovplyvňujú jeho životnú situáciu, v konaní hodnoverne preukázal.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účastníka konania (trestné konanie, konanie starostlivosti o maloletých, o osobnom stave, pracovnoprávne spory, konania týkajúce sa života a zdravia) a ochrany akých práv či právom chránených záujmov sa v ňom dovoláva, s prihliadnutím aj na jeho osobné pomery či iné konkrétne skutkové okolnosti každého individuálneho prípadu (vysoký vek, zdravotný stav a pod.); zvýšený význam predmetu konania pre osobu poškodeného musí táto osoba v konaní spoľahlivo doložiť. Odvolací súd má zhodne so súdom prvého stupňa za to, že nesprávny úradný postup nemožno považovať bez ďalšieho, za konanie, v dôsledku ktorého by navrhovateľovi automaticky prináležal nárok na peňažnú náhradu nemajetkovej ujmy, a v tomto smere uzavrel, že navrhovateľ v konaní dostatočne spoľahlivo nepreukázal dôvodnosť uplatnenej peňažnej náhrady nemajetkovej ujmy, keď náležite nepreukázal rozsah nepriaznivých následkov, ktoré mu mali, v súvislosti s nesprávnym úradným postupom, vzniknúť a jeho všeobecné tvrdenia v tomto smere tak zostali v konaní dôkazne nepodložené.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rozhodol skôr. Námietku navrhovateľa, že mu súd prvého stupňa odňal možnosť konať pred súdom tým, že vec prejednal a vo veci rozhodol na pojednávaní dňa 16.02.2015 v jeho neprítomnosti, odvolací súd považuje za nedôvodnú a účelovú, keďže navrhovateľ, resp. jeho právny zástupca, bol na toto pojednávanie riadne predvolaný, pojednávania sa nezúčastnil, ani nepožiadal o jeho odročenie, keď písomným podaním zo dňa 13.02.2015 žiadal z dôvodu hospodárnosti prejednať vec v jeho neprítomnosti. Rovnako neodôvodnený návrh navrhovateľa na prerušenie konania v súvislosti s podaním ústavnej sťažnosti na porušenie zásady nestrannosti súdu a sudcu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Z ustanovenia § 2 O.s.p. vyplýva povinnosť súdov v občianskom súdnom konaní dbať na to, aby nedochádzalo k porušovaniu práv a právom chránených záujmov fyzických a právnických osôb a aby sa práva nezneužívali na úkor týchto osôb. Táto povinnosť súdu sa vzťahuje na práva vyplývajúce z hmotnoprávnych predpisov, avšak rovnako i na procesné práva účastníkov v konaní pred súdom. Súd je potom; so zreteľom na nevyhnutnosť ústavne konformného výkladu; v občianskom súdnom konaní povinný zvoliť procesný postup vychádzajúci z takého výkladu právneho predpisu, ktorým zabráni zneužitiu procesných práv zo strany niektorého z účastníkov konania (porovnaj napr. Nález Ústavného súdu SR vo veci sp.zn. III. ÚS 11/2011, uverejnený v Zbierke nálezov Ústavného súdu pod č. 64/2011). Zneužitím (procesného) práva je aj konanie procesnej strany v občianskom súdnom konaní, ktoré je v rozpore s účelom procesnej normy či daného procesného inštitútu a ktorým; v rozpore s citovaným ustanovením § 2 O.s.p. a rovnako § 6 O.s.p.; marí riadny postup v konaní. Ustanovenie § 109 O.s.p. umožňuje účastníkovi konania v rámci výkonu svojich procesných práv podať i návrh na prerušenie konania, o ktorom je súd zásadne povinný rozhodnúť; pred rozhodnutím vo veci samej, prípadne najneskôr súčasne s ním; a to tak, že ak sú na to splnené podmienky (§ 109 ods. 1, 2 O.s.p.) návrhu vyhovie, alebo tento zamietne. Ani právo podať návrh na prerušenie konania však nesmie byť zneužívané na iné účely, než vyplývajú z podstaty a charakteru daného procesného inštitútu; najmä nesmie slúžiť na sťaženie realizácie práv iných účastníkov konania, či komplikovanie procesu ochrany práv a záujmov fyzických a právnických osôb, s cieľom predĺžiť konanie a oddialiť vydanie rozhodnutia vo veci samej. V takom prípade ide totiž o výkon práva, ktorým sa vo výsledku dosahuje nedovolený účinok takéhoto; zdanlivo dovoleného a právnou normou predpokladaného; správania, ktorému nesmie byť zo strany súdu poskytnutá ochrana ani právne účinky, ktoré inak; ak o zneužitie práva nejde; s daným správaním (procesným úkonom) právna norma spája a ktoré zaručuje. Ako už odvolací súd uviedol vyššie, o návrhu účastníka na prerušenie konania podľa § 109 ods. 1, 2 O.s.p. je súd zásadne povinný rozhodnúť. Výnimočne, ak je celkom nepochybné, že podaním návrhu na prerušenie konania účastník zneužíva jeho procesné práva (právo podať návrh na prerušenie konania), keď v skutočnosti nemá (objektívne nemôže mať) v úmysle dosiahnuť prerušenie konania a podaním návrhu sleduje iný cieľ (napr. oddialiť rozhodnutie vo veci samej), však nemusia byť podaniu takéhoto návrhu priznané právne účinky, spočívajúce i v povinnosti súdu o takomto návrhu rozhodnúť. V posudzovanej veci navrhovateľ návrh na prerušenie konania podal za stavu, keď súd prvého stupňa jeho; v poradí prvý; návrh na prerušenie konania zo dňa 05.12.2013 podaný z totožných dôvodov (prebiehajúce konanie na Ústavnom súde SR ktorej predmetom je porušenie práva navrhovateľa na zákonného sudcu a nestranný súd) právoplatným uznesením zo dňa 29.01.2014, č.k. 10C 188/2012-63 ako nedôvodný zamietol z dôvodu, že neboli splnené predpoklady na prerušenie konania. Preto je potrebné bez akýchkoľvek pochybností jeho opätovné podanie návrhu na prerušenie konania hodnotiť ako zneužitie jeho procesných práv, konkrétne zneužite jeho práva podať návrh na prerušenie konania s cieľom oddialiť rozhodnutie vo veci samej. Z tohto dôvodu odvolací súd dospel k záveru, že súd prvého stupňa postupoval správne, keď procesnému úkonu (návrhu na prerušenie konania zo dňa 06.11.2014) nepriznal účinky a pokiaľ následne vec prejednal a vo veci rozhodol na pojednávaní dňa 16.02.2015 v neprítomnosti navrhovateľa bez toho, aby o tomto jeho návrhu rozhodol, neodňal navrhovateľovi možnosť konať pred súdom a ani nezaťažil konanie inou vadou, ktorá by mohla mať za následok nesprávne rozhodnutie vo veci a bola tak dôvodom zrušenia napadnutého rozsudku.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V pod sp.zn. 37Er 1708/2005,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 1 O.s.p. v spojení s § 142 ods. 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https://www.kauzis.sk/judikatura/r/ECLI:SK:KSBA:2016:1512224014.3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