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14Co/57/2016 z 14. 2. 2016</w:t>
      </w:r>
    </w:p>
    <w:p>
      <w:r>
        <w:t>Uznesenie Krajského súdu Bratislava z 14. februára 2016, sp. zn. 14Co/57/2016, ECLI:SK:KSBA:2016:1513215805.2</w:t>
      </w:r>
    </w:p>
    <w:p>
      <w:r>
        <w:t>Súd: Krajský súd Bratislava</w:t>
      </w:r>
    </w:p>
    <w:p>
      <w:r>
        <w:t>Spisová značka: 14Co/57/2016</w:t>
      </w:r>
    </w:p>
    <w:p>
      <w:r>
        <w:t>ECLI: ECLI:SK:KSBA:2016:1513215805.2</w:t>
      </w:r>
    </w:p>
    <w:p>
      <w:r>
        <w:t>Dátum vydania: 14. 2. 2016</w:t>
      </w:r>
    </w:p>
    <w:p>
      <w:r>
        <w:t>Forma: Uznesenie</w:t>
      </w:r>
    </w:p>
    <w:p>
      <w:pPr>
        <w:pStyle w:val="Heading2"/>
      </w:pPr>
      <w:r>
        <w:t>Text rozhodnutia</w:t>
      </w:r>
    </w:p>
    <w:p>
      <w:r>
        <w:t>Súd: Krajský súd Bratislava Spisová značka: 14Co/57/2016 Identifikačné číslo súdneho spisu: 1513215805 Dátum vydania rozhodnutia: 15. 02. 2016 Meno a priezvisko sudcu, VSÚ: JUDr. Katarína Javorčíková ECLI: ECLI:SK:KSBA:2016:1513215805.2 Uznesenie Krajský súd v Bratislave v právnej veci navrhovateľa: Dopravný podnik Bratislava, a.s., so sídlom Olejkárska 1, Bratislava, IČO: 00 492 736, práv. zast. JUDr. Vladimírom Kánom, advokátom, so sídlom Nám. M. Benku 9-C1, Bratislava, proti odporkyni: C. D., X.. XX.XX.XXXX, L. J. X, L., o zaplatenie 50,70 eur s prísl., o odvolaní odporkyne proti uzneseniu Okresného súdu Bratislava V zo dňa 20.11.2015, č.k. 43C/440/2013-34, pomerom hlasov 3:0, takto r o z h o d o l : Odvolací súd uznesenie Okresného súdu Bratislava V zo dňa 20.11.2015, č.k. 43C/440/2013-34 z r u š u j e . o d ô v o d n e n i e : Napadnutým uznesením súd prvého stupňa uložil odporkyni povinnosť zaplatiť súdny poplatok za odvolanie proti rozsudku vo výške 6,70 eur do troch dní od právoplatnosti napadnutého uznesenia. Svoje rozhodnutie po právnej stránke odôvodnil § 5 ods. 1 písm. a), § 11 ods. 3 a 4 zákona č. 71/1992 Zb. o súdnych poplatkoch a poplatku za výpis z registra trestov v znení neskorších predpisov (ďalej len „zákon o súdnych poplatkoch“). V odôvodnení uznesenia uviedol, že navrhovateľ sa návrhom na začatie konania domáhal proti odporkyni zaplatenia sumy vo výške 50,70 eur z dôvodu, že odporkyňa cestovala v dopravnom prostriedku navrhovateľa bez platného cestovného lístka. Súd prvého stupňa vo veci samej rozhodol rozsudkom zo dňa 24.01.2014, č.k. 43C/440/2013-17, ktorým návrhu v celom rozsahu vyhovel. Odporkyňa proti rozsudku podala odvolanie, ktoré Krajský súd v Bratislave uznesením zo dňa 27.11.2014, č.k. 6Co/424/2014-29 odmietol ako oneskorene podané. Súd prvého stupňa mal za to, že podaním odvolania vznikla odporkyni poplatková povinnosť vo výške 16,50 eur, avšak s prihliadnutím na výsledok odvolacieho konania, ktorým sa odvolanie odporkyne odmietlo, napadnutým uznesením súd vyrubil poplatok vo výške 6,70 eur, t.j. vo výške krátenia, ktoré by súd odporkyni nevrátil v prípade, ak by bol súdny poplatok uhradený v plnej výške. Proti tomuto uzneseniu podala odporkyňa odvolanie zo dňa 18.12.2015, v ktorom uviedla, že ako držiteľkou preukazu ZŤP je oslobodená od platenia súdnych poplatkov. Z uvedeného dôvodu mala za to, že napadnutým uznesením vyrubený poplatok nie je povinná zaplatiť. Odvolací súd prejednal odvolanie odporkyne bez nariadenia pojednávania podľa § 214 ods. 2 O.s.p. a dospel k záveru, že odvolanie odporkyne je dôvodné. Podľa § 1 ods. 1 zákona o súdnych poplatkoch,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zákona o súdnych poplatkoch v odvolacom konaní je poplatníkom ten, kto podal odvolanie, pri dovolaní ten, kto podal dovolanie. Poplatníkom je tiež ten, kto podal opravný prostriedok proti rozhodnutiu správneho orgánu a v konaní nebol úspešný. Podľa § 5 ods. 1 písm. a) zákona o súdnych poplatkoch poplatková povinnosť vzniká podaním návrhu, odvolania a dovolania alebo žiadosti na vykonanie poplatkového úkonu, ak je poplatníkom navrhovateľ, odvolateľ a dovolateľ, Podľa § 11 ods. 3 zákona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to neplatí, ak bolo dovolanie odmietnuté z dôvodu, že smeruje proti rozhodnutiu, proti ktorému nie je dovolanie prípustné. Podľa § 11 ods. 4 zákona o súdnych poplatkoch, okrem poplatku v rozvodovom konaní a poplatku, ktorý sa vracia podľa odseku 1, sa poplatok alebo jeho časť (preplatok) vracia krátený o 1%, najmenej však 6,70 eura. Ak sa návrh vzal späť pred zaplatením poplatku, poplatok sa nevyrubuje. Odvolací súd poukazuje na to, že vydaním uznesenia na zaplatenie súdneho poplatku prvostupňovým súdom až po doručení rozhodnutia odvolacieho súdu, nezaniká odvolateľovi povinnosť zaplatiť súdny poplatok v stanovenej výške. Zákon o súdnych poplatkoch taxatívne uvádza prípady súdnych konaní, ako aj poplatníkov, ktorí sú od platenia súdnych poplatkov oslobodení. Medzi týmto výpočtom nie je upravená možnosť nevyrubiť súdny poplatok pri odmietnutí odvolania ako oneskorene podaného. Ako vyplýva z vyššie citovaných zákonných ustanovení, poplatková povinnosť vzniká ex lege podaním odvolania odvolateľom a v danom prípade predstavuje sumu vo výške 16,50 eur. Súd prvého stupňa vyrubil poplatok vo výške minimálneho krátenia v zmysle § 11 ods. 4 zákona o súdnych poplatkoch, majúc pravdepodobne za to, že po rozhodnutí odvolacieho súdu o odmietnutí odvolania nie je potrebné vyrubiť celý poplatok, keďže jeho časť by sa mala odvolateľke vrátiť. Tak vyrubil len súdny poplatok vo výške 6,70 eur (suma zodpovedá časti súdneho poplatku, ktorá sa nevracia), ktorý však zákon o súdnych poplatok za tento úkon nestanovuje. Súd prvého stupňa vo svojom uznesení vôbec neuviedol, podľa akej položky Sadzobníka, ktorý tvorí prílohu zákona o súdnych poplatkoch, súdny poplatok vyruboval. Odvolací súd dospel k záveru, že v danom prípade bolo o vyrubení súdneho poplatku rozhodnuté predčasne, nakoľko odporkyňa v odvolaní proti rozsudku súdu prvého stupňa poukazuje na to, že je ťažko zdravotne postihnutá a má právo na oslobodenie od súdneho poplatku. Túto časť odvolania je potrebné vyhodnotiť ako žiadosť o oslobodenie od súdnych poplatkov, čím sa však súd prvého stupňa vôbec nezaoberal. Odvolací súd z uvedených dôvodov napadnuté uznesenie súdu prvého stupňa podľa § 221 ods. 1 písm. i) O.s.p. zrušil s tým, že o otázke vyrubenia súdneho poplatku za odvolanie bude možné rozhodnúť v závislosti od toho, či bude alebo nebude odporkyňa oslobodená od platenia súdnych poplatkov. Poučenie: Proti tomuto uzneseniu odvolanie nie je prípustné.</w:t>
      </w:r>
    </w:p>
    <w:p/>
    <w:p>
      <w:r>
        <w:t>Zdroj: KAUZIS.SK – https://www.kauzis.sk/judikatura/r/ECLI:SK:KSBA:2016:1513215805.2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