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8Co/716/2015 z 23. 3. 2016</w:t>
      </w:r>
    </w:p>
    <w:p>
      <w:r>
        <w:t>Uznesenie Krajského súdu Bratislava z 23. marca 2016, sp. zn. 8Co/716/2015, ECLI:SK:KSBA:2016:1513225676.1</w:t>
      </w:r>
    </w:p>
    <w:p>
      <w:r>
        <w:t>Súd: Krajský súd Bratislava</w:t>
      </w:r>
    </w:p>
    <w:p>
      <w:r>
        <w:t>Spisová značka: 8Co/716/2015</w:t>
      </w:r>
    </w:p>
    <w:p>
      <w:r>
        <w:t>ECLI: ECLI:SK:KSBA:2016:1513225676.1</w:t>
      </w:r>
    </w:p>
    <w:p>
      <w:r>
        <w:t>Dátum vydania: 23. 3.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8Co/716/2015 Identifikačné číslo súdneho spisu: 1513225676 Dátum vydania rozhodnutia: 24. 03. 2016 Meno a priezvisko sudcu, VSÚ: JUDr. Jana Vlčková ECLI: ECLI:SK:KSBA:2016:1513225676.1 Uznesenie Krajský súd v Bratislave v právnej veci navrhovateľa: Slovenská energetika, a.s., so sídlom Pri Rajčianke 8591/4B, Žilina, IČO: 36 403 008, zastúpeného: Advokátska kancelária Antovszká, s.r.o., so sídlom Bárdošova 2/A, Bratislava, proti odporcovi: S. E., T. M. X, T., Q..Č.. na F. E., zastúpenému opatrovníčkou: C. H., W.Ň. Okresného J. T. R., o zaplatenie 777,47 eur s príslušenstvom, o späťvzatí návrhu navrhovateľa po vydaní rozsudku Okresného súdu Bratislava V, zo dňa 20. októbra 2015, č. k. 14C 323/2014-52, jednohlasne takto r o z h o d o l : Odvolací súd späťvzatie návrhu p r i p ú š ť a , rozsudok súdu prvého stupňa z r u š u j e a konanie z a s t a v u j e . Odporcovi náhradu trov konania n e p r i z n á v a . o d ô v o d n e n i e : Rozsudkom zo dňa 20. októbra 2015, č. k. 14C/323/2014-52, uložil súd prvého stupňa odporcovi povinnosť zaplatiť navrhovateľovi sumu 777,477 eur spolu s úrokmi z omeškania vo výške 9,75 % ročne zo sumy 669,81 eur od 25.07.2012 až do zaplatenia, vo výške 8,75 % ročne zo sumy 21,96 eur od 02.10.2012 až do zaplatenia, vo výške 9,00 % ročne zo sumy 54,85 eur od 21.02.2012 až do zaplatenia a vo výške 8,75 % ročne zo sumy 30,85 eur od 02.10.2012 až do zaplatenia, titulom neuhradených platieb za odber elektrickej energie na odbernom mieste U. XXX, P., Č. XXXXXXX, na základe uzavretej zmluvy o dodávke elektriny zo dňa 11.08.2011. O trovách konania rozhodol podľa § 142 ods. 1 O.s.p. a uložil odporcovi povinnosť zaplatiť úspešnému navrhovateľovi trovy konania vo výške 46,50 eur titulom zaplateného súdneho poplatku a trovy právneho zastúpenia v sume 213,34 eur. Po vyhlásení rozsudku; pred tým, než rozsudok súdu prvého stupňa nadobudol právoplatnosť; navrhovateľ písomným podaním zo dňa 13.11.2015 zobral svoj návrh na začatie konania v celom rozsahu späť a konanie žiadal zastaviť. Odvolací súd prejednal vec podľa § 208 O.s.p., bez nariadenia odvolacieho pojednávania podľa § 214 ods. 2 O.s.p. a vzhľadom na to, že navrhovateľ zobral späť návrh po tom, čo už rozhodol súd prvého stupňa, avšak jeho rozsudok nenadobudol ešte právoplatnosť; a odporca, resp., jeho opatrovníčka nemali voči späťvzatiu návrhu žiadne námietky; späťvzatie návrhu navrhovateľom pripustil, rozsudok súdu prvého stupňa zrušil a keďže týmto dispozitívnym úkonom navrhovateľa zanikol celý predmet konania, konanie zastavil (§ 208 O.s.p.). O trovách konania rozhodol odvolací súd podľa § 224 ods. 1,2 O.s.p. v spojení s § 146 ods. 2 veta prvá O.s.p. a odporcovi ich náhradu nepriznal, keď navrhovateľ síce procesne zavinil zastavenie konania, avšak odporca náhradu trov konania priznať nežiadal a v konaní mu žiadne trovy ani nevznikli. Poučenie: Proti tomuto uzneseniu odvolanie nie je prípustné.</w:t>
      </w:r>
    </w:p>
    <w:p/>
    <w:p>
      <w:r>
        <w:t>Zdroj: KAUZIS.SK – https://www.kauzis.sk/judikatura/r/ECLI:SK:KSBA:2016:1513225676.1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