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2Cob/206/2015 z 16. 5. 2016</w:t>
      </w:r>
    </w:p>
    <w:p>
      <w:r>
        <w:t>Rozsudok Krajského súdu Bratislava z 16. mája 2016, sp. zn. 2Cob/206/2015, ECLI:SK:KSBA:2016:1513227009.1</w:t>
      </w:r>
    </w:p>
    <w:p>
      <w:r>
        <w:t>Súd: Krajský súd Bratislava</w:t>
      </w:r>
    </w:p>
    <w:p>
      <w:r>
        <w:t>Spisová značka: 2Cob/206/2015</w:t>
      </w:r>
    </w:p>
    <w:p>
      <w:r>
        <w:t>ECLI: ECLI:SK:KSBA:2016:1513227009.1</w:t>
      </w:r>
    </w:p>
    <w:p>
      <w:r>
        <w:t>Dátum vydania: 16. 5.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2Cob/206/2015 Identifikačné číslo súdneho spisu: 1513227009 Dátum vydania rozhodnutia: 17. 05. 2016 Meno a priezvisko sudcu, VSÚ: JUDr. Ľubica Břoušková ECLI: ECLI:SK:KSBA:2016:1513227009.1 ROZSUDOK V MENE SLOVENSKEJ REPUBLIKY Krajský súd v Bratislave v senáte zloženom z predsedníčky senátu JUDr. Ľubice Břouškovej a členiek senátu JUDr. Oľgy Bahníkovej a JUDr. Ľubice Kriškovej v právnej veci navrhovateľa EKORDA, s.r.o., so sídlom Révová 45, 811 02 Bratislava, IČO: 31 364 438, proti odporcovi 1/ Bytový podnik Petržalka, s.r.o., so sídlom Haanova 10, 852 23 Bratislava, IČO: 36 821 012, 2/ W. Š., D.. XX.XX.XXXX, N. U. D. XXX/XX, XXX XX N., obaja zastúpení JUDr. Dušan Pohovej &amp; partners, s.r.o., Námestie Slobody 10, 811 06 Bratislava, o zaplatenie 396,- eur s príslušenstvom, na odvolanie navrhovateľa proti rozsudku Okresného súdu Bratislava V č.k. 29Cb 226/2013-93 zo dňa 29.4.2015, takto r o z h o d o l : Krajský súd v Bratislave rozsudok Okresného súdu Bratislava V č.k. 29Cb 226/2013-93 zo dňa 29.4.2015 potvrdzuje. Odporcovi v 1. a 2. rade sa náhrada trov odvolacieho konania nepriznáva. o d ô v o d n e n i e : Napadnutým rozsudkom súd prvého stupňa zamietol návrh navrhovateľa a zároveň ho zaviazal nahradiť odporcovi v 1. a 2. rade trovy konania pozostávajúce z trov právneho zastúpenia vo výške 261,18 eur na účet právneho zástupcu odporcu v 1. a 2. rade vedený v X. N. Z. V..Z.., Č.. Ú. XXXXXXXXXX/XXXX, a to do 3 dní od právoplatnosti rozsudku. V odôvodnení napadnutého rozhodnutia uviedol, že návrhom podaným na súd dňa 12.08.2013 sa navrhovateľ domáhal, aby súd zaviazal odporcu na zaplatenie sumy 396,- eur s príslušenstvom a nahradil mu trovy konania. Návrh odôvodnil tým, že navrhovateľ v zmysle Zmluvy o poskytovaní služieb ekonomického charakteru zo dňa 30.05.2011 spracoval účtovnú evidenciu pre odporcu v 1. rade. Odporca ako súčasť konsolidovaného celku mal povinnosť spracovať konsolidovanú účtovnú závierku za rok 2012 a navrhovateľ ju vypracoval. Navrhovateľ vystavil pre odporcu faktúru, avšak odporca v 1. rade ani po viacerých urgenciách neuhradil predmetnú faktúru a vrátil ju navrhovateľovi ako jemu nepatriacu. Navrhovateľ žaloval tiež odporcu v 2. rade z dôvodu, že v zmysle § 135a Obch. zák. zodpovedá za záväzky spoločnosti. Súd vydal vo veci platobný rozkaz, proti ktorému podal odporca v 2. rade odpor. Uviedol, že nie si je vedomý skutočnosti, že by si u navrhovateľa objednal ním uvedené služby a že by tieto od navrhovateľa aj prevzal, resp. že by mu boli navrhovateľom dodané. Nie si je vedomý ani skutočnosti, že je s navrhovateľom v zmluvnom vzťahu, z ktorého by mu vyplývala povinnosť uhradiť žalovanú pohľadávku. Navrhovateľ mal s odporcom v 1. rade uzatvorenú Zmluvu o poskytovaní služieb ekonomického charakteru zo dňa 30.05.2011 a odplata podľa tejto zmluvy bola dohodnutá paušálne. Všetky služby nad rámec uvedenej zmluvy mali byť v zmysle čl. V. bod 4 dohodnuté vopred, pričom vopred malo dôjsť k dohode o cene týchto služieb. K týmto dohodám však nikdy medzi navrhovateľom a odporcom v 1. rade nedošlo. Súd prvého stupňa vykonal dokazovanie v predmetnej veci predloženými listinnými dôkazmi a uzavrel, že navrhovateľ predmetnými listinným dôkazmi nepreukázal nepochybné skutočnosti ním tvrdené, pretože pritom musí znášať procesnú zodpovednosť za nedokázanie tvrdených skutočností, t.j. neunesenie dôkazného bremena. Zdôraznil, že medzi navrhovateľom a odporcom v 1. rade bola uzatvorená Zmluva o poskytovaní služieb ekonomického charakteru zo dňa 30.05.2011. Predmet zmluvy bol dohodnutý v čl. II. bod 1 a konsolidovaná účtovná závierka v predmete zmluvy uvedená nebola. Táto sa však spomína v čl. V. bod 4 Zmluvy o poskytovaní služieb ekonomického charakteru ako služba poskytovaná nad rámec zmluvy po dohode s odberateľom. Navrhovateľ v konaní nepreukázal, že došlo k uzavretiu takejto dohody s odporcom v 1. a ani s odporcom v 2. rade. Navrhovateľ nepreukázal nielen takúto dohodu ale ani to, že výsledok jeho činnosti - spracovanú účtovnú závierku odovzdal odporcovi v 1. alebo 2. rade. Táto závierka bola odovzdaná podľa tvrdenia navrhovateľa O. Č. N. - A., ktorá mala povinnosť konsolidovanú účtovnú závierku vyhotoviť a odovzdať na daňový úrad. Odporca v 1. rade túto povinnosť nemal. Navrhovateľ predložil aj rozsiahlu e-mailovú komunikáciu navrhovateľa s pracovníčkou O. Č. N. - A. A.. Z., ktorej predmetom bola „konsolidácia roku 2012“. Z uvedených dôvodov súd návrh zamietol a o trovách konania rozhodol podľa ust. § 142 ods. 1 O.s.p.. Proti tomuto rozsudku sa v zákonnej lehote odvolal navrhovateľ. Poukázal na skutočnosť, že Zmluvou o poskytovaní služieb ekonomického charakteru zo dňa 30.05.2011 sa navrhovateľ zaviazal poskytnúť odporcovi služby v spojení s vedením účtovnej evidencie v zmysle a rozsahu stanovenom zákonom o účtovníctve č. 431/2002 Z.z. o účtovníctve a súvisiacich predpisoch, a to s náležitou odbornou starostlivosťou. V zmysle tohto zákona bol odporca povinný poskytnúť súčinnosť pri spracovaní konsolidovanej účtovnej závierky pod hrozbou sankcií nielen zo strany správcu dane, ale aj svojho jediného spoločníka - zakladateľa spoločnosti, a to O. Č. N. - A.. Odporca bol súčasťou konsolidovaného poľa subjektu verejnej správy, t.j. svojho zakladateľa. Táto povinnosť mu vyplývala priamo z čl. III. bod 10 uzatvorenej zmluvy. Navrhovateľ zdôraznil, že v zmysle čl. III. bod 10 bolo dohodnuté, že v prípade, ak o to odberateľ požiada, je dodávateľ povinný poskytnúť štátnym inštitúciám ako aj ostatným orgánom verejnej správy potrebnú súčinnosť, rovnako je dodávateľ povinný na požiadanie zastupovať odberateľa v konaniach pred týmito inštitúciami, a to aj po skončení platnosti tejto zmluvy, ak sa konanie týka obdobia, za ktoré poskytoval služby dodávateľ. Navrhovateľ zdôraznil, že podľa zákona nemá táto zmluva predpísanú písomnú formu, definícia diela v zákone nezodpovedá službe, ktorú navrhovateľ odporcovi poskytol. Za vyhotovené dielo je objednávateľ (odporca) povinný zaplatiť zhotoviteľovi (navrhovateľovi) dohodnutú cenu, ktorá je v zmluve určená alebo je v nej určený spôsob jej určenia. Obvyklosť ceny navrhovateľ dokladoval fakturáciou za predchádzajúce dva roky, keď odporca obdobné služby objednal, prijal a za ne aj zaplatil - všetko pri takom istom zmluvnom vzťahu a v rovnakých podmienkach. Navrhovateľ namieta aj tvrdenie súdu, podľa ktorého navrhovateľ nepreukázal, že riadne vykonaná služba bola odovzdaná odporcovi. Priamo v rozsiahlej e-mailovej komunikácii, ktorou navrhovateľ preukazoval vykonanie služby je preukázané, že výsledky odsúhlasenia vzájomných vzťahov v rámci konsolidácie boli zaslané e-mailom odporcovi (zamestnancom navrhovateľa O. Z., v tom čase ekonomickému riaditeľovi, F.N. S., ako aj W. Š. - štatutárnemu orgánu odporcu) dňa 27.3.2013 o 16,15 hodine. Skutočnosť, že výsledky spracovania konsolidácie A.. Z. prevzal a bol s nimi oboznámený je potvrdená tým, že e-mailom zo dňa 28.3.2013 o 12,05 hodine v jeho prílohe zaslal k nim stanovisko. Zdôraznil, že týmto sa súd prvého stupňa nezaoberal. Mal za to, že dokazovanie súdom prvého stupňa bolo vykonané nedostatočne a zavádzajúco, keď súd vo svojom rozhodnutí nepravdivo konštatuje, že e-mailová komunikácia prebehla len so zástupkyňami mestskej časti A. A.. Š. (táto osoba sa v dôkazovom materiáli vôbec nenachádza), A.. B. a A.. Z.. V predloženom dôkazovom materiáli sa nachádza komunikácia nielen so zástupcami O. N. - A., ale aj so zástupkyňami MF SR A.. Y., T., L.. G., zástupkyňou VšZP A.. N., zástupkyňou Z. A. A.. F., ako aj s vyššie uvedenými zástupcami odporcu. Z uvedených dôvodov žiadal, aby odvolací súd napadnuté rozhodnutie súdu prvého stupňa zrušil a vec vrátil súdu prvého stupňa na ďalšie konanie alebo aby ho zmenil s poukazom na ust. § 220 zák. č. 99/1963 Zb. (O.s.p.). K odvolaniu navrhovateľa sa vyjadril odporca. Uviedol, že sa stotožňuje s rozhodnutím súdu prvého stupňa, tvrdenia navrhovateľa považuje za účelové. Žiada, aby odvolací súd rozsudok súdu prvého stupňa ako vecne správny potvrdil. Krajský súd ako súd odvolací (§ 10 ods. 1 O.s.p.) prejednal odvolanie navrhovateľa podľa ust. § 214 ods. 2 O.s.p. a dospel k záveru, že odvolanie nie je dôvodné. Súd v predmetnej veci rozhodol s poukazom na ust. § 156 ods. 3 O.s.p. bez nariadenia pojednávania s tým, že oznámil miesto a čas verejného vyhlásenia rozsudku na úradnej tabuli v lehote 5 dní pred dňom jeho vyhlásenia. Z obsahu spisu je zrejmé, že medzi navrhovateľom a odporcom bola uzatvorená písomná zmluva o poskytovaní služieb ekonomického charakteru podľa ust. § 269 a nasl. zák. č. 513/1991 Zb. Obchodného zákonníka. Predmet zmluvy bol vyčlenený v čl. II. predmetnej zmluvy, kde medzi iným bolo aj spracovanie ročnej účtovnej uzávierky. Cena služieb bola uvedená v čl. V. bod 1 predmetnej zmluvy, kde odberateľ je povinný platiť dodávateľovi za služby podľa tejto zmluvy 5-mesačnú paušálnu odmenu vo výške 830,- eur plus DPH. Pokiaľ ide o predmet zmluvy, v predmete zmluvy sa nachádza síce spracovanie ročnej účtovnej uzávierky mesačné spracovanie podvojného účtovníctva v zmysle zákona o účtovníctve a predpisoch v nej súvisiacich, ako aj bežné štatistické výkazy, ako mesačné splácanie DPH, vedenie kompletnej daňovej agendy podľa príslušných právnych predpisov, ako aj spracovanie mzdovej agendy dodávateľským spôsobom, avšak v článku V. bod 4 predmetnej zmluvy bolo medzi zmluvnými stranami dohodnuté, že za prípadné ostatné služby poskytované dodávateľom odberateľovi nad rámec tejto zmluvy (napr. zápis z uznesenia valného zhromaždenia, konsolidovaná účtovná závierka, žiadosť o úver, vypracovanie kúpnopredajnej zmluvy, stanovenie obchodného podielu, žiadosť o odpustene penále), ale aj po dohode s odberateľom bude cena stanovená vopred dohodou. Z bodu V. predmetnej zmluvy je zrejmé, že táto zmluva sa dá meniť a dopracovať len na základe súhlasu oboch strán, a to formou písomných dodatkov k tejto zmluve. Z bodu VI. predmetnej zmluvy vyplýva, že zmluva nadobúda platnosť dňom jej podpísania obidvoma stranami a účinnosť dňom uvedeným v bode 1 tohto článku. Z uvedených ustanovení je zrejmé, že zmluvné strany mali vôľu uzatvoriť predmetnú zmluvu vrátane dodatkov iba v písomnej forme. V tejto súvislosti odvolací súd poukazuje na ust. § 272 ods. 1 Obch. zák., v zmysle ktorého zmluva vyžaduje pre platnosť písomnú formu iba v prípadoch ustanovených v zákone alebo keď aspoň jedna zmluvná strana pri rokovaní o uzavretí zmluvy prejaví vôľu, aby sa zmluva uzavrela v písomnej forme. Podľa § 272 ods. 2 cit. zák., ak písomne uzavretá zmluva obsahuje ustanovenie, že sa môže meniť alebo zrušiť iba dohodou strán v písomnej forme, môže sa zmluva meniť alebo zrušiť iba písomne. Z uvedeného je teda zrejmé, že písomná forma pre platnosť zmlúv sa vyžaduje len vtedy, ak to stanovuje zákon alebo ak o to požiada aspoň jedna strana pri rokovaní o uzavretí zmluvy. Z obsahu predmetnej zmluvy vyplýva, že predmetom tejto zmluvy, ktorú možno považovať za nepomenovanú zmluvu podľa ust. § 269 a nasl. Obchod. zák. nebolo dodanie konsolidovanej účtovnej závierky tak, ako uvádza navrhovateľ. Navrhovateľ mohol pre odporcu vypracovať konsolidovanú uzávierku iba na základe osobitnej dohody nad rámec tejto zmluvy a taktiež nad rámec tejto zmluvy mohla byť konsolidovaná uzávierka v prípade jej spracovania zo strany odporcu navrhovateľovi uhradená. V rámci vykonaného dokazovania však navrhovateľ nepreukázal, že by medzi navrhovateľom a odporcom bola uzatvorená osobitná dohoda, predmetom ktorej by bolo spracovanie konsolidovanej účtovnej uzávierky, resp. že by medzi zmluvnými stranami bola uzatvorená dohoda o cene za vypracovanie konsolidovanej účtovnej uzávierky. Pokiaľ aj prebiehala medzi navrhovateľom a odporcom komunikácia ohľadom účtovania konsolidovanej účtovnej závierky, túto komunikáciu nemožno považovať za písomne uzatvorenú zmluvu ohľadom dodávky dodania takejto účtovnej závierky a ani z e-mailovej komunikácie nevyplýva, že by si odporca u navrhovateľa konsolidovanú účtovnú uzávierku objednal. Odvolací súd poukazuje na vyjadrenie navrhovateľky; v rámci konania pred súdom prvého stupňa uviedla, že povinnosť vyhotoviť konsolidovanú účtovnú pohľadávku vyplývala zo zmluvy uzatvorenej medzi účastníkmi konania, čo však z obsahu tejto zmluvy nevyplýva a taktiež uviedla, že pokiaľ ide o cenu dohodnutú za poskytnutie služby v čl. V. bod 1 zmluvy zdôraznila, že v tejto cene bola dohodnutá mesačná fakturácia, avšak konsolidovaná uzávierka do tejto fakturácie nespadá. Je nesporné, že zriaďovateľom a jediným spoločníkom odporcu v 1. rade je O. Č. N. - A., ktorá mala povinnosť vyhotoviť konsolidovanú účtovnú závierku a ktorá si ju zrejme u odporcu aj objednala. Tiež zo samotného stanoviska navrhovateľky uvedenom pred súdom prvého stupňa vyplýva, že odporca v 1. rade nemal povinnosť odovzdať konsolidovanú účtovnú uzávierku. Odvolací súd poukazuje na výpoveď navrhovateľky v rámci konania pred súdom prvého stupňa, kde samotná navrhovateľka uviedla, že samotná písomná objednávka na vyhotovenie konsolidovanej účtovnej uzávierky zo strany odporcu v 1. rade nebola, navrhovateľ mal poskytnúť súčinnosť O. Č. N.F. - A. na vypracovanie konsolidovanej uzávierky. Navrhovateľka uviedla, že táto súčinnosť spočívala v poskytnutí údajov za odporcu v 1. rade O. Č. N. - A., ktorú potrebovala na vyhotovenie konsolidovanej účtovnej uzávierky. Uviedla, že nevypracoval konsolidačnú účtovnú uzávierku, poskytol len údaje O. Č. N. - A. za odporcu v 1. rade. Z uvedeného je zrejmé, že zmluvný vzťah ohľadom vypracovania konsolidovanej účtovnej uzávierky medzi navrhovateľom a odporcom v 1. rade neexistoval a že navrhovateľ neuniesol dôkazné bremeno ohľadom uzatvorenia zmluvy na vypracovanie konsolidovanej účtovnej uzávierky a že medzi navrhovateľom a odporcom nebola ani dohoda o cene za túto službu. Odvolací súd sa z uvedeného stotožnil s právnym záverom súdu prvého stupňa, že predmetom zmluvy o poskytovaní služieb ekonomického charakteru zo dňa 30.5.2011, ktorý bol dohodnutý v čl. II. bod 1 sa konsolidovaná účtovná uzávierka nenachádza, a táto sa síce spomína v čl. V. bod 4 Zmluvy o poskytovaní služieb ekonomického charakteru, ale služba poskytovaná nad rámec zmluvy mohla byť poskytnutá iba v prípade dohody s odberateľom. Navrhovateľ v konaní nepreukázal, že došlo k uzavretiu takejto dohody s odporcom v 1. ani s odporcom v 2. rade. Je nesporné, že uzávierka bola odovzdaná podľa tvrdenia samotnej navrhovateľky O. Č. N. - A., ktorá mala povinnosť konsolidovanú účtovnú uzávierku vyhotoviť a odovzdať na daňový úrad. Z uvedených dôvodov odvolací súd napadnutý rozsudok súdu prvého stupňa ako vecne správny s poukazom na ust. § 219 ods. 1 a 2 O.s.p. potvrdil. O trovách odvolacieho konania súd rozhodol podľa ust. § 224 ods. 1 v spojení s ust. § 142 ods. 1 O.s.p. a § 151 ods. 2 O.s.p. a ich náhradu by bol priznal odporcovi v 1. a 2. rade, ak by si bol trovy odvolacieho konania uplatnil. Toto rozhodnutie bolo prijaté členmi senátu pomerov hlasov 3 : 0. Poučenie: Proti tomuto rozsudku odvolanie nie je prípustné.</w:t>
      </w:r>
    </w:p>
    <w:p/>
    <w:p>
      <w:r>
        <w:t>Zdroj: KAUZIS.SK – https://www.kauzis.sk/judikatura/r/ECLI:SK:KSBA:2016:1513227009.1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