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6Co/541/2015 z 30. 3. 2016</w:t>
      </w:r>
    </w:p>
    <w:p>
      <w:r>
        <w:t>Uznesenie Krajského súdu Bratislava z 30. marca 2016, sp. zn. 6Co/541/2015, ECLI:SK:KSBA:2016:1513238427.1</w:t>
      </w:r>
    </w:p>
    <w:p>
      <w:r>
        <w:t>Súd: Krajský súd Bratislava</w:t>
      </w:r>
    </w:p>
    <w:p>
      <w:r>
        <w:t>Spisová značka: 6Co/541/2015</w:t>
      </w:r>
    </w:p>
    <w:p>
      <w:r>
        <w:t>ECLI: ECLI:SK:KSBA:2016:1513238427.1</w:t>
      </w:r>
    </w:p>
    <w:p>
      <w:r>
        <w:t>Dátum vydania: 30. 3. 2016</w:t>
      </w:r>
    </w:p>
    <w:p>
      <w:r>
        <w:t>Forma: Uznesenie</w:t>
      </w:r>
    </w:p>
    <w:p>
      <w:pPr>
        <w:pStyle w:val="Heading2"/>
      </w:pPr>
      <w:r>
        <w:t>Text rozhodnutia</w:t>
      </w:r>
    </w:p>
    <w:p>
      <w:r>
        <w:t>Súd: Krajský súd Bratislava Spisová značka: 6Co/541/2015 Identifikačné číslo súdneho spisu: 1513238427 Dátum vydania rozhodnutia: 31. 03. 2016 Meno a priezvisko sudcu, VSÚ: JUDr. Martin Murgaš ECLI: ECLI:SK:KSBA:2016:1513238427.1 Uznesenie Krajský súd v Bratislave v právnej veci žalobcu: Slovanet, a.s., Záhradnícka ul. č. 151, Bratislava, zast. advokátskou kanceláriou STANĚK VETRÁK &amp; PARTNERI, s.r.o., Vlčkova ul. č. 18, Bratislava proti žalovanej: Q. Q., F. V. G.. Č.. XX, F., t. č. na neznámom mieste, zast. opatrovníčkou H. T., zamestnankyňou Okresného L. F. U., o 59,14 eur s prísl., na späťvzatie žaloby vo veci vedenej na Okresnom súdu Bratislava V pod sp. zn. 39C/399/2015, pomerom hlasov 3:0, takto r o z h o d o l : Späťvzatie žaloby sa p r i p ú š ť a, rozsudok Okresného súdu Bratislava V zo 16. septembra 2015, č. k. 39C 399/2015- 58 sa z r u š u j e a konanie sa z a s t a v u j e . Žalovanej sa nepriznáva náhrada trov konania. Po právoplatnosti tohto uznesenia sa žalobcovi cestou Slovenskej pošty a.s. vráti poplatok za žalobu vo výške 9,80 eur. o d ô v o d n e n i e : Súd prvého stupňa rozsudkom zo 16.09.2015, č. k. 39C/399/2015- 58 uložil žalovanej povinnosť zaplatiť žalobcovi 55,54 eur s prísl. a povinnosť nahradiť žalobcovi trovy konania 16,50 eur a trovy právneho zastúpenia 29,29 eur, všetko do 3 dní od právoplatnosti rozsudku. Vo zvyšku súd prvého stupňa žalobu zamietol. Podaním zo 17.09.2015 (č. l. 61) žalobca vzal žalobu späť. Keďže žalobca vzal žalobu späť po tom, keď už súd prvého stupňa vo veci rozhodol, ale pred tým, než toto rozhodnutie nadobudlo právoplatnosť, odvolací súd postupoval v zmysle § 208 O.s.p., pripustil späťvzatie žaloby, zrušil rozsudok súdu prvého stupňa zo 16.09.2015, č. k. 39C/399/2015-58 a konanie zastavil. O trovách konania odvolací súd rozhodol podľa § 146 ods. 2 prvá veta O.s.p. a ich náhradu žalovanej nepriznal, pretože jej v konaní žiadne trovy nevznikli. O vrátení súdneho poplatku za žalobu odvolací súd rozhodol podľa § 11 ods. 3, 4 zák. č. 71/1992 Zb. (žalobca zaplatil poplatok za žalobu 16,50 eur, z toho sa mu vracia suma krátená o 6,70 eur, čo je 9,80 eur). Poučenie: Proti tomuto uzneseniu odvolanie nie je prípustné.</w:t>
      </w:r>
    </w:p>
    <w:p/>
    <w:p>
      <w:r>
        <w:t>Zdroj: KAUZIS.SK – https://www.kauzis.sk/judikatura/r/ECLI:SK:KSBA:2016:1513238427.1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