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5Co/444/2015 z 12. 5. 2016</w:t>
      </w:r>
    </w:p>
    <w:p>
      <w:r>
        <w:t>Uznesenie Krajského súdu Bratislava z 12. mája 2016, sp. zn. 5Co/444/2015, ECLI:SK:KSBA:2016:1513241031.1</w:t>
      </w:r>
    </w:p>
    <w:p>
      <w:r>
        <w:t>Súd: Krajský súd Bratislava</w:t>
      </w:r>
    </w:p>
    <w:p>
      <w:r>
        <w:t>Spisová značka: 5Co/444/2015</w:t>
      </w:r>
    </w:p>
    <w:p>
      <w:r>
        <w:t>ECLI: ECLI:SK:KSBA:2016:1513241031.1</w:t>
      </w:r>
    </w:p>
    <w:p>
      <w:r>
        <w:t>Dátum vydania: 12. 5. 2016</w:t>
      </w:r>
    </w:p>
    <w:p>
      <w:r>
        <w:t>Forma: Uznesenie</w:t>
      </w:r>
    </w:p>
    <w:p>
      <w:pPr>
        <w:pStyle w:val="Heading2"/>
      </w:pPr>
      <w:r>
        <w:t>Text rozhodnutia</w:t>
      </w:r>
    </w:p>
    <w:p>
      <w:r>
        <w:t>Súd: Krajský súd Bratislava Spisová značka: 5Co/444/2015 Identifikačné číslo súdneho spisu: 1513241031 Dátum vydania rozhodnutia: 13. 05. 2016 Meno a priezvisko sudcu, VSÚ: JUDr. Milan Chalupka ECLI: ECLI:SK:KSBA:2016:1513241031.1 Uznesenie Krajský súd v Bratislave v právnej veci navrhovateľa: Intrum Justitia Slovakia s.r.o.,, so sídlom Bratislava, Karadžičova ul. č 8, IČO: 35 831 154, zast. advokátom JUDr. Jánom Šoltésom, AK, Bratislava, Karadžičova č. 8, proti odporkyni: T. U., H.. XX.XX.XXXX, hlásená k pobytu N. C. S., o zaplatenie 8.417,49 euro s príslušenstvom, na odvolanie odporkyne proti rozsudku Okresného súdu Bratislava V, zo dňa 23.02.2015 č.k. 41C 417/2013-124 takto r o z h o d o l : Odvolací súd odvolanie odporkyne o d m i e t a . Žiaden z účastníkov nemá právo na náhradu trov odvolacieho konania. o d ô v o d n e n i e : Súd prvého stupňa napadnutým rozsudkom uložil odporkyni povinnosť zaplatiť navrhovateľovi 7 268,79 Eur, úrok z omeškania vo výške 8,75 % ročne zo sumy 4 067,64 Eur od 6. 3. 2013 do zaplatenia, ako aj nahradiť mu k rukám jeho právneho zástupcu trovy konania v sume 588,36 Eur titulom trov právneho zastúpenia a v sume 436,- Eur titulom iných trov konania a to všetko v pravidelných mesačných splátkach vo výške 100,- Eur, splatných vždy do 25. dňa každého kalendárneho mesiaca počnúc prvým mesiacom nasledujúcim po mesiaci, v ktorom tento rozsudok nadobudne právoplatnosť až do zaplatenia dlžnej sumy s tým, že pre prípad omeškania s plnením jednej splátky, čo i len v časti , stáva sa zročným celé plnenie. Vo zvyšku sa konanie zastavuje. Zo zastavenej časti konania sa odporkyni náhrada trov konania nepriznáva. Navrhovateľovi bude po právoplatnosti tohto uznesenia vrátený súdny poplatok 62,30 Eur a to prostredníctvom prevádzkovateľa centrálneho systému evidencie poplatkov, Slovenská pošta, a.s. Proti tomuto rozsudku podala odvolanie odporkyňa. Zjavne sa domáhala zrušenia napadnutého rozsudku a pokračovania v konaní. Uviedla, že v zmysle § 160 ods. 1 O.s.p. (splátky vo výške 100,- Eur) nie je schopná v danej výške splátky uhrádzať, pretože vypočítaná suma 100,- Eur je pre odporkyňu likvidačná, navrhuje mesačné splátky vo výške 30 Eur. Odporkyňa upozorňuje na skutočnosť, že v exekučnom konaní nie je žiadne pasívum, ktoré by mi mohlo byť speňažené. Odvolací súd prejednal vec podľa § 212 ods. 1 O.s.p. bez nariadenia odvolacieho pojednávania (§ 214 ods. 2 O.s.p.) a dospel k záveru, že odvolanie bolo nevyhnutné odmietnuť. Podľa § 204 ods. 1 veta prvá O.s.p. odvolanie sa podáva do 15 dní od doručenia na súde, proti rozhodnutiu ktorého smeruje. Podľa § 218 ods. 1 písm. d/ O.s.p. odvolací súd odmietne odvolanie, ktoré nemá náležitosti podľa § 205 ods. 1,2, ak boli dodržané podmienky podľa § 209 ods. 1 a § 211 ods. 1. Vzhľadom k tomu, že odporkyňa zaslala súdu odvolanie len vo fotokópií, ktoré navyše nemalo všetky zákonom požadované náležitosti súd prvého stupňa jej zaslal uznesenie č.k. 41C 417/2013-130 zo dňa 09.04.2015 - výzvu na odstránenie vád podania. Toto uznesenie bolo doručené 15.07.2015 avšak aj napriek tomu vady podania neodstránila. Vzhľadom k tomu neostalo odvolaciemu súdu nič iné ako odvolanie odporkyne podľa ust. § 218 ods. 1 písm. d/ odmietnuť. O trovách odvolacieho konania odvolací súd rozhodol analogicky podľa § 146 ods. 1 písm. c/ v spojení s § 224 ods. 1 O.s.p. a žiadnemu z účastníkov právo na náhradu trov odvolacieho konania nepriznal. Poučenie: Toto uznesenie nemožno napadnúť odvolaním.</w:t>
      </w:r>
    </w:p>
    <w:p/>
    <w:p>
      <w:r>
        <w:t>Zdroj: KAUZIS.SK – https://www.kauzis.sk/judikatura/r/ECLI:SK:KSBA:2016:1513241031.1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