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18CoE/40/2016 z 5. 4. 2016</w:t>
      </w:r>
    </w:p>
    <w:p>
      <w:r>
        <w:t>Uznesenie Krajského súdu Bratislava z 5. apríla 2016, sp. zn. 18CoE/40/2016, ECLI:SK:KSBA:2016:1513243410.1</w:t>
      </w:r>
    </w:p>
    <w:p>
      <w:r>
        <w:t>Súd: Krajský súd Bratislava</w:t>
      </w:r>
    </w:p>
    <w:p>
      <w:r>
        <w:t>Spisová značka: 18CoE/40/2016</w:t>
      </w:r>
    </w:p>
    <w:p>
      <w:r>
        <w:t>ECLI: ECLI:SK:KSBA:2016:1513243410.1</w:t>
      </w:r>
    </w:p>
    <w:p>
      <w:r>
        <w:t>Dátum vydania: 5. 4.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18CoE/40/2016 Identifikačné číslo súdneho spisu: 1513243410 Dátum vydania rozhodnutia: 06. 04. 2016 Meno a priezvisko sudcu, VSÚ: JUDr. Jarmila Glončáková ECLI: ECLI:SK:KSBA:2016:1513243410.1 Uznesenie Krajský súd v Bratislave v exekučnej veci oprávneného Z.. U. M., Q.. XX. XX. XXXX, U. Š. XX, U., proti povinnému J.. X. M. S., Q.. XX. XX. XXXX, U. Č. XX, U., o výkon rozhodnutia o výchove maloletého dieťaťa M. M., nar. XX. XX. XXXX, zast. kolíznym opatrovníkom Úrad práce, sociálnych vecí a rodiny Bratislava o odvolaní povinného proti uzneseniu Okresného súdu Bratislava V. v Bratislave zo dňa 07. 10. 2015 č. k. 2Em/5/2013-778, takto r o z h o d o l : Krajský súd v Bratislave odvolanie voči uzneseniu Okresného súdu Bratislava V. v Bratislave zo dňa 07. 10. 2015 č. k. 2Em/5/2013-778, odmieta. o d ô v o d n e n i e : Okresný súd Bratislava V. v Bratislave uznesením zo dňa 07. 10. 2015 č. k. 2Em/5/2013-778 uložil povinnému pokutu za nezrealizované stretnutie medzi maloletou M. M. a oprávneným dňa 24. 09. 2015 v sume 200,- Eur. Povinný napadnuté uznesenie súdu prvého stupňa prevzal 30. 10. 2015. Povinný podal odvolanie dňa 19. 11. 2015. Krajský súd v Bratislave, ako odvolací súd podľa ust. § 10 ods. 1 OSP, prejednal vec podľa ust. § 214 ods. 2 OSP, bez nariadenia pojednávania a dospel k záveru, že odvolanie je potrebné odmietnuť. Podľa ust. § 204 ods. 1 OSP, odvolanie sa podáva do 15 dní od doručenia rozhodnutia na súde, proti rozhodnutiu ktorého smeruje. Podľa ust. § 57 ods. 1 OSP, do plynutia lehoty sa nezapočítava deň, keď došlo k skutočnosti určujúcej začiatok lehoty. Podľa ust. § 57 ods. 3 OSP, lehota je zachovaná, ak sa posledný deň lehoty urobí úkon na súde alebo podanie odovzdá orgánu, ktorý má povinnosť ho doručiť. Podľa ust. § 218 ods. 1 písm. a/ OSP, odvolací súd odmietne odvolanie, ktoré bolo podané oneskorene. Odvolací súd z obsahu spisu zistil, že napadnuté uznesenie bolo doručené povinnému dňa 30. 10. 2015. Odvolanie bolo podané dňa 19. 11. 2015, t. j. po uplynutí lehoty v zmysle ust. § 204 ods. 1 OSP. Z tohto dôvodu odvolací súd v súlade s ust. § 218 ods. 1 písm. a/ OSP odvolanie odmietol. Rozhodnutie bolo prijaté v pomere 3:0. Poučenie: Proti tomuto uzneseniu nie je prípustné odvolanie.</w:t>
      </w:r>
    </w:p>
    <w:p/>
    <w:p>
      <w:r>
        <w:t>Zdroj: KAUZIS.SK – https://www.kauzis.sk/judikatura/r/ECLI:SK:KSBA:2016:1513243410.1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