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3CoZm/145/2015 z 27. 4. 2016</w:t>
      </w:r>
    </w:p>
    <w:p>
      <w:r>
        <w:t>Uznesenie Krajského súdu Bratislava z 27. apríla 2016, sp. zn. 3CoZm/145/2015, ECLI:SK:KSBA:2016:1514210434.1</w:t>
      </w:r>
    </w:p>
    <w:p>
      <w:r>
        <w:t>Súd: Krajský súd Bratislava</w:t>
      </w:r>
    </w:p>
    <w:p>
      <w:r>
        <w:t>Spisová značka: 3CoZm/145/2015</w:t>
      </w:r>
    </w:p>
    <w:p>
      <w:r>
        <w:t>ECLI: ECLI:SK:KSBA:2016:1514210434.1</w:t>
      </w:r>
    </w:p>
    <w:p>
      <w:r>
        <w:t>Dátum vydania: 27. 4. 2016</w:t>
      </w:r>
    </w:p>
    <w:p>
      <w:r>
        <w:t>Forma: Uznesenie</w:t>
      </w:r>
    </w:p>
    <w:p>
      <w:r>
        <w:t>Oblasť práva: Obchodné právo</w:t>
      </w:r>
    </w:p>
    <w:p>
      <w:pPr>
        <w:pStyle w:val="Heading2"/>
      </w:pPr>
      <w:r>
        <w:t>Text rozhodnutia</w:t>
      </w:r>
    </w:p>
    <w:p>
      <w:r>
        <w:t>Súd: Krajský súd Bratislava Spisová značka: 3CoZm/145/2015 Identifikačné číslo súdneho spisu: 1514210434 Dátum vydania rozhodnutia: 28. 04. 2016 Meno a priezvisko sudcu, VSÚ: JUDr. Elena Ondrišová ECLI: ECLI:SK:KSBA:2016:1514210434.1 Uznesenie Krajský súd v Bratislave v právnej veci navrhovateľky B. B., I.. XX.XX.XXXX, K. XX/XX, Z., proti odporkyni L. W., I.. X.X.XXXX, E., zastúpenej opatrovníčkou J. N., I.. X.X.XXXX, V. XXX/X, E., o zaplatenie 1.317,- EUR s príslušenstvom a o odvolaní odporkyne proti uzneseniu Okresného súdu Bratislava V v Bratislave č.k. 1CbZm 284/2014-57 zo dňa 26.11.2015, jednohlasne takto r o z h o d o l : Krajský súd v Bratislave uznesenie Okresného súdu Bratislava V v Bratislave č. k. 1CbZm/284/2014-57 zo dňa 26.11.2015 potvrdzuje. o d ô v o d n e n i e : Napadnutým uznesením súd prvého stupňa rozhodol, že návrh opatrovníčky odporkyne na odpustenie zmeškania lehoty zamieta. V odôvodnení uviedol, že opatrovníčka odporkyne zmenkový platobný rozkaz č. k. 1CbZm 281/2014-30 zo dňa 19.5.2015 prevzala dňa 10.9.2015 a námietky podala na pošte dňa 19.9.2015. Súd preto námietky odmietol ako oneskorene podané uznesením č. k. 1CbZm 281/2014-53 zo dňa 13.10.2015. Opatrovníčka odporkyne podala na súd podanie označené ako žiadosť o odpustenie oneskoreného podania proti zmenkovému platobnému rozkazu, ktoré bolo súdu doručené dňa 2.11.2015. Súd prvého stupňa uviedol, že podanie bolo podľa obsahu návrhom na odpustenie zmeškania lehoty na podanie námietok proti zmenkovému platobnému rozkazu č. k. 1CbZm 281/2014-30. Dospel k záveru, že nie je splnený ani len jeden z kumulatívne stanovených predpokladov na odpustenie zmeškania lehoty podľa § 58 ods. 1 O.s.p., a preto nemožno návrhu vyhovieť. Námietky boli podané na pošte dňa 19.9.2015 a návrh na odpustenie zmeškania lehoty podala až 30.10.2015, teda návrh na odpustenie zmeškania lehoty nebol pripojený k omeškanému úkonu. Vzhľadom k uvedenému súd prvého stupňa rozhodol tak, že návrh odporkyne na odpustenie zmeškania lehoty zamietol. Proti uzneseniu súdu prvého stupňa podala opatrovníčka odporkyne odvolanie, v ktorom sa pridržiava skutočností uvedených v návrhu na odpustenie zmeškania lehoty, a to, že jej zdravotný stav jej nedovoľoval sa akokoľvek zaoberať právnymi listinami. Uvádza, že výpis zo zdravotnej dokumentácie si môže súd vyžiadať u jej praktickej lekárky MUDr. V. W., U.. K. XXX/X, E.. Krajský súd v Bratislave ako súd odvolací (§ 10 ods. 1 O.s.p.) preskúmal vec v rozsahu podľa ustanovenia § 212 ods. 1 a § 214 ods.2 O.s.p. bez nariadenia pojednávania a dospel k záveru, že odvolanie odporkyne nie je dôvodné. Podľa § 58 ods. 1 O.s.p. súd odpustí zmeškanie lehoty, ak ju účastník alebo jeho zástupca zmeškal z ospravedlniteľného dôvodu a bol preto vylúčený z úkonu, ktorý mu patrí. Návrh treba podať do pätnástich dní po odpadnutí prekážky a treba s ním spojiť i zmeškaný úkon.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sa v celom rozsahu stotožnil s názorom súdu prvého stupňa, že neboli splnené zákonné podmienky na odpustenie zmeškania lehoty, nakoľko k žiadosti o odpustenie zmeškania lehoty nebol súčasne pripojený aj zmeškaný úkon, teda námietky proti zmenkovému platobnému rozkazu. Odvolací súd sa s poukazom na vyššie uvedené v celom rozsahu stotožnil so závermi súdu prvého stupňa, z dôvodov uvedených v odôvodnení napadnutého uznesenia, a preto ho ako vecne správne podľa § 219 O.s.p. potvrdil. Poučenie: Proti tomuto uzneseniu odvolanie nie je prípustné.</w:t>
      </w:r>
    </w:p>
    <w:p/>
    <w:p>
      <w:r>
        <w:t>Zdroj: KAUZIS.SK – https://www.kauzis.sk/judikatura/r/ECLI:SK:KSBA:2016:1514210434.1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