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1CoZm/24/2015 z 30. 3. 2016</w:t>
      </w:r>
    </w:p>
    <w:p>
      <w:r>
        <w:t>Uznesenie Krajského súdu Bratislava z 30. marca 2016, sp. zn. 1CoZm/24/2015, ECLI:SK:KSBA:2016:1514216856.1</w:t>
      </w:r>
    </w:p>
    <w:p>
      <w:r>
        <w:t>Súd: Krajský súd Bratislava</w:t>
      </w:r>
    </w:p>
    <w:p>
      <w:r>
        <w:t>Spisová značka: 1CoZm/24/2015</w:t>
      </w:r>
    </w:p>
    <w:p>
      <w:r>
        <w:t>ECLI: ECLI:SK:KSBA:2016:1514216856.1</w:t>
      </w:r>
    </w:p>
    <w:p>
      <w:r>
        <w:t>Dátum vydania: 30. 3.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1CoZm/24/2015 Identifikačné číslo súdneho spisu: 1514216856 Dátum vydania rozhodnutia: 31. 03. 2016 Meno a priezvisko sudcu, VSÚ: JUDr. Andrea Haitová ECLI: ECLI:SK:KSBA:2016:1514216856.1 Uznesenie Krajský súd v Bratislave v právnej veci navrhovateľa: PROFI CREDIT Slovakia, s.r.o, Pribinova 25, 824 96 Bratislava, IČO: 35 792 752, zast. Advokátska kancelária JUDr. Andrea Cviková, s.r.o., Kubániho 16, 811 04 Bratislava, IČO: 47 233 516, proti odporcom: 1/ B. J., G.. E. XXXX/XX, XXX XX S. D., 2/ U. J., nar. XX. XX. XXXX, G.. E. XXXX/XX, XXX XX S. D., o zaplatenie 16.614,40 eur s prísl. a odmeny zo zmenky, o odvolaní odporcu 1/ proti uzneseniu Okresného súdu Bratislava V zo dňa 25. 11. 2014 č. k. 1CbZm/522/2014-31, takto r o z h o d o l : Krajský súd v Bratislave uznesenie Okresného súdu Bratislava V zo dňa 25. 11. 2014 č. k. 1CbZm/522/2014-31 p o t v r d z u j e . o d ô v o d n e n i e : Súd prvého stupňa napadnutým uznesením zamietol návrh odporcu 1/, aby bola vec postúpená všeobecnému súdu odporcu. V odôvodnení rozhodnutia uviedol, že odporca 1 v námietkach proti vydanému zmenkovému platobnému rozkazu žiadal, aby súd podľa 105 ods. 1 O.s.p. postúpil vec Okresnému súdu Košice 1, ktorý je všeobecným súdom odporcu. Odporca 1 namietol miestnu príslušnosť súdu pri prvom úkone, ktorý mu patril, preto súd mohol skúmať miestnu príslušnosť aj podľa § 84 až 87 O.s.p. napriek tomu, že vo veci už bol vydaný zmenkový platobný rozkaz. Súd po preskúmaní danosti svojej miestnej príslušnosti na základe uvedených ustanovení dospel k záveru, že návrhu odporcu 1/ na postúpenie veci nie je možné vyhovieť. Podľa odôvodnenia rozhodnutia tým, že navrhovateľ uplatňujúci právo zo zmenky, pri ktorej bolo dohodnuté platobné miesto v Bratislave, podal svoj návrh na Okresný súd Bratislava V, ktorý je podľa 10 ods. 2 písm. a) zákona c. 371/2004 Z. Z. miestne príslušným na konanie o veciach týkajúcich sa zmeniek pre obvod Krajského súdu v Bratislava, navrhovateľ uskutočnil voľbu miestnej príslušnosti danú mu na vyber ustanovením 87 O.s.p., a teda Okresný súd Bratislava V je v tomto prípade miestne príslušný popri všeobecnom súde odporcu. Proti tomuto uzneseniu podal v zákonnej lehote odvolanie odporca 1/ a navrhol, aby odvolací súd napadnuté uznesenie zmenil a vec postúpil Okresnému súdu Košice I ako všeobecnému súdu odporcu, alternatívne, aby uznesenie zrušil a vec vrátil súdu prvého stupňa na ďalšie konanie. Odporca 1/ bol toho názoru, že v zmysle platného právneho poriadku je na konanie v tejto veci príslušný jeho všeobecný súd, a to aj s poukazom na hospodárnosť konania, nakoľko odporcovia 1/ a 2/ majú trvalé bydlisko v okrese Trebišov. Zároveň mal za to, že v danom prípade je možné odporcu 1/ považovať aj za spotrebiteľa vzhľadom na predmet činnosti navrhovateľa a na celý skutkový dej, a teda príslušnosť súdu odporcu je daná aj podľa miesta bydliska spotrebiteľa ust. § 87 písm. f) O.s.p. Odporca 1/ ďalej uviedol, že si nie je vedomý toho, že v danom prípade malo byť dojednané platobné miesto v Bratislave. Krajský súd v Bratislave ako súd odvolací (§ 10 ods. 1 O.s.p.) preskúmal napadnuté uznesenie súdu prvého stupňa podľa § 212 ods. 1 O.s.p., prejednal vec podľa § 214 ods. 2 O.s.p. bez nariadenia odvolacieho pojednávania a dospel k záveru, že odvolaniu odporcu 1/ nie je možné priznať úspech, keď uznesenie súdu prvého stupňa je vecne správne. Odvolací súd mal zhodne so súdom prvého stupňa za to, že konajúci Okresný súd Bratislava V je miestne príslušným súdom v predmetnej veci. Jeho miestna príslušnosť je daná tým, že navrhovateľ uplatňujúci právo zo zmenky, pri ktorej bolo dohodnuté platobné miesto v Bratislave, podal svoj návrh na Okresný súd Bratislava V, ktorý je podľa 10 ods. 2 písm. a) zákona c. 371/2004 Z. Z. miestne príslušným na konanie o veciach týkajúcich sa zmeniek pre obvod Krajského súdu v Bratislava, a teda týmto svojim konaním navrhovateľ uskutočnil voľbu miestnej príslušnosti súdu danú mu na vyber ustanovením 87 písm. d) O.s.p., a to podľa platobného miesta dohodnutého v uplatňovanej zmenke. S argumentáciou obsiahnutou v podanom odvolaní, že odporcu 1/ je možné považovať aj za spotrebiteľa vzhľadom na predmet činnosti navrhovateľa a na celý skutkový dej, sa odvolací súd nestotožnil, pretože úver, ktorý predmetná zmenka zabezpečuje, bol poskytnutý odporcovi 1/ ako podnikateľovi (osobe podnikajúcej na základe živnostenského oprávnenia), a to na výkon jeho podnikateľskej činnosti, pričom odporca 1/ je v zmluve o revolvingovom úvere č. 176106 - 74276 zo dňa 19. 08. 2013, ako aj na uplatnenej zmenke označený identifikačným číslom podnikateľa a číslom jeho zápisu v živnostenskom registri. Na základe uvedeného sa preto odporca 1/ pri určení miestnej príslušnosti súdu nemôže dovolávať postavenia spotrebiteľa a s tým spojeného použitia ust. § 87 písm. f) O.s.p. Z uvedených dôvodov odvolací súd napadnuté uznesenie súdu prvého stupňa ako vecne správne podľa ust. § 219 ods. 1, 2 O.s.p. potvrdil. Toto rozhodnutie prijal senát krajského súdu pomerom hlasov 3:0. Poučenie: Proti tomuto uzneseniu odvolanie nie je prípustné.</w:t>
      </w:r>
    </w:p>
    <w:p/>
    <w:p>
      <w:r>
        <w:t>Zdroj: KAUZIS.SK – https://www.kauzis.sk/judikatura/r/ECLI:SK:KSBA:2016:1514216856.1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