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7Co/151/2016 z 27. 4. 2016</w:t>
      </w:r>
    </w:p>
    <w:p>
      <w:r>
        <w:t>Uznesenie Krajského súdu Bratislava z 27. apríla 2016, sp. zn. 7Co/151/2016, ECLI:SK:KSBA:2016:1514216964.1</w:t>
      </w:r>
    </w:p>
    <w:p>
      <w:r>
        <w:t>Súd: Krajský súd Bratislava</w:t>
      </w:r>
    </w:p>
    <w:p>
      <w:r>
        <w:t>Spisová značka: 7Co/151/2016</w:t>
      </w:r>
    </w:p>
    <w:p>
      <w:r>
        <w:t>ECLI: ECLI:SK:KSBA:2016:1514216964.1</w:t>
      </w:r>
    </w:p>
    <w:p>
      <w:r>
        <w:t>Dátum vydania: 27. 4. 2016</w:t>
      </w:r>
    </w:p>
    <w:p>
      <w:r>
        <w:t>Forma: Uznesenie</w:t>
      </w:r>
    </w:p>
    <w:p>
      <w:pPr>
        <w:pStyle w:val="Heading2"/>
      </w:pPr>
      <w:r>
        <w:t>Text rozhodnutia</w:t>
      </w:r>
    </w:p>
    <w:p>
      <w:r>
        <w:t>Súd: Krajský súd Bratislava Spisová značka: 7Co/151/2016 Identifikačné číslo súdneho spisu: 1514216964 Dátum vydania rozhodnutia: 28. 04. 2016 Meno a priezvisko sudcu, VSÚ: JUDr. Blanka Podmajerská ECLI: ECLI:SK:KSBA:2016:1514216964.1 Uznesenie Krajský súd v Bratislave v právnej veci navrhovateľky: W. P., nar. XX. XX. XXXX, O. F. X, XXX XX O., št. občianka SR, proti odporcovi: V. I., K.. XX. X. XXXX, O. W. XXX/XX, XXX XX O., št. občan SR, zastúpeného JUDr. Danielom Sadákom, advokátom so sídlom Židovská 5, 811 01 Bratislava, o určenie otcovstva k maloletému E. P., nar. XX. X. XXXX, zastúpenému Úradom práce, sociálnych vecí a rodiny Bratislava, Vazovova 7/A, 816 16 Bratislava, na odvolanie odporcu proti uzneseniu Okresného súdu Bratislava V zo dňa 28. januára 2016, č.k. 50C 339/2014-95, jednohlasne (pomerom hlasov 3:0) takto r o z h o d o l : Uznesenie súdu prvého stupňa sa v napadnutej časti p o t v r d z u j e. Navrhovateľke sa náhrada trov odvolacieho konania n e p r i z n á v a. o d ô v o d n e n i e : Súd prvého stupňa napadnutým výrokom uznesenia uložil odporcovi povinnosť zaplatiť navrhovateľke náhradu trov konania spočívajúcich v zaplatenom súdnom poplatku za návrh vo výške 66 eur a náhradu trov dokazovania vo výške 212,48 eur na účet navrhovateľky č. XXXXXXXXXX/XXXX, IBAN: SKXXXXXXXXXXXXXXXXXXXXXX, do troch dní odo dňa právoplatnosti uznesenia. Druhým výrokom štátu nepriznal náhradu trov konania. Samostatným uznesením rozhodol o náhrade trov konania po tom, ako si toto právo v zmysle ust. § 151 ods. 3 zák.č. 99/1963 Zb. v platnom znení (ďalej „O.s.p.“) vyhradil vo výrokovej časti rozsudku, ktorým rozhodoval o návrhu navrhovateľky na určenie otcovstva odporcu voči maloletému E. P., K.. XX. X. XXXX, z matky W. P.R., nar. XX. XX. XXXX a ktorým súčasne uložil odporcovi povinnosť platiť mesačne na výživu maloletého sumu 70 eur a sumu 20 eur titulom tvorby úspor, od 15. 12. 2012 vždy do 15. dňa v každom mesiaci vopred, na účet príslušného ústavného zariadenia. Zročné výživné vo výške 2. 879 eur a zročnú tvorbu úspor vo výške 811 eur za obdobie od 12. 07. 2012 do 15. 12. 2015 povolil odporcovi splácať v mesačných splátkach vo výške 20 eur spolu s bežným výživným pod stratou výhody splátok, od januára 2016. Napadnuté uznesenie súd prvého stupňa právne odôvodnil ust. § 142 ods. 1 a § 148 ods. 1 O.s.p. a vecne plným úspechom navrhovateľky v konaní, v dôsledku čoho jej priznal náhradu trov za zaplatený súdny poplatok za návrh vo výške 66 eur a náhradu trov dokazovania vo výške 212,48 eur, pozostávajúcich z časti preddavku zloženého na účet súdu, z ktorého bola znalcovi vyplatená odmena za vypracovanie znaleckého posudku v konaní. Výrok uznesenia, ktorým bola odporcovi uložená povinnosť zaplatiť navrhovateľke náhradu trov konania spočívajúcich v zaplatenom súdnom poplatku za návrh vo výške 66 eur a náhradu trov dokazovania vo výške 212,48 eur napadol včas odvolaním odporca. Súdu prvého stupňa vytkol nesprávne právne posúdenie veci tým, že nepoužil ust. § 142 ods. 2, prípadne iné ustanovenia O.s.p., nakoľko navrhovateľka mala úspech len čiastočný, keďže v návrhu požadovala podstatne vyššie výživné ako priznal súd, a to vo výške 200 eur. Uviedol, že súhlas s vykonaním znaleckého dokazovania vyslovil na základe presvedčenia, že nebol jediný, s kým mala navrhovateľka v rozhodnom období pohlavný styk. Nesúhlasil so súdom určenou náhradou trov konania, ktorá podľa neho ohrozuje splnenie záväzku na zaplatenie výživného voči maloletému E. P. a vzhľadom na jeho ostatné finančné záväzky ohrozuje existenciu jeho samotného, a to väzbe na príjem navrhovateľky z dôchodku, popri ktorom je zárobkovo činná a jej čistý mesačný príjem je cca 500 eur, pričom jej súd priznal výživné na syna umiestneného v detskom domove iba vo výške 30 eur mesačne. Vyslovil názor, že súd prvého stupňa nesprávne vyhodnotil zárobkové možnosti a majetkové pomery účastníkov sporu a navrhol, aby navrhovateľke trovy nepriznal vôbec alebo znížil ich náhradu na polovicu. Navrhovateľka sa k odvolaniu odporcu písomne nevyjadrila. Odvolací súd prejednal vec v rozsahu a z dôvodov odvolania podľa § 212 ods. 1 O.s.p. bez nariadenia odvolacieho pojednávania podľa § 214 ods. 2 O.s.p., dospel pritom k záveru, že odvolanie odporcu dôvodné nie je. Podľa § 137 O.s.p. trovy konania sú najmä hotové výdavky účastníkov, včítane súdneho poplatku, ušlý zárobok účastníkov a ich zákonných zástupcov, trovy dôkazov, odmena notára za vykonávané úkony súdneho komisára a jeho hotové výdavky, odmena správcu dedičstva a jeho hotové výdavky, tlmočné a odmena za zastupovanie, ak je zástupcom advokát. Podľa § 142 ods. 1 O.s.p. účastníkovi, ktorý mal vo veci plný úspech, súd prizná náhradu trov potrebných na účelné uplatňovanie alebo bránenie práva proti účastníkovi, ktorý vo veci úspech nemal. Podľa § 150 ods. 1 O.s.p. ak sú dôvody hodné osobitného zreteľa , nemusí súd výnimočne náhradu trov konania celkom alebo sčasti priznať. Súd prihliadne najmä na okolnosti, či účastník, ktorému sa priznáva náhrada trov konania, uviedol skutočnosti a dôkazy pri prvom úkone, ktorý mu patril; to neplatí, ak účastník konania nemohol tieto skutočnosti alebo dôkazy uplatniť. Súd prvého stupňa o náhrade trov konania rozhodol v súlade s hypotézou zakotvenou v ust. § 142 ods. 1 O.s.p. a navrhovateľke priznal náhradu trov za v konaní úspešne uplatnené právo, vyjadrené výrokom rozsudku, ktorým za otca maloletého E. P., K.. XX. X. XXXX, z matky W. P., K.. XX. XX. XXXX, určil odporcu. Rozhodol tak na základe znaleckého dokazovania vykonaného znalcom z odboru genetika a odvetvie analýza DNA, Q.. X. Q., ktorého poveril vypracovaním znaleckého posudku, uznesením zo dňa 18. 5. 2015, č. k. 50 C 339/2014-30, v ktorom účastníkom konania uložil okrem iného povinnosť zložiť na účet súdu prvého stupňa preddavok na trovy spojené so znaleckým úkonom, každému vo výške 250 eur. Uznesením zo dňa 7. 10. 2015, č.k. 50 C 339/2014-63 priznal súdnemu znalcovi znalečné vo výške 424,96 eur a upravil učtáreň súdu, aby po právoplatnosti uznesenia vyplatila navrhovateľke aj odporcovi zostatok preddavku vo výške 37,52 eur, zloženého na účet konajúceho súdu dňa 1. 6. 2015. V danej veci sa odvolací súd plne stotožňuje s postupom súdu prvého stupňa, ktorý navrhovateľkou uplatnené právo označil za uplatnené úspešne a odporcovu argumentáciu o nevyhnutnosti vykonania znaleckého dokazovania, odôvodnenú pohlavným stykom navrhovateľky aj s inými mužmi v rozhodnom období za účelovú a nepreukázanú. Za dôvodnú neuznal ani výčitku odporcu, týkajúcu sa nesprávneho právneho posúdenia veci aplikáciou ust. § 142 ods. 1 a nie § 142 ods. 2 O.s.p, pre len čiastočný úspech navrhovateľky. Súdny poplatok vo výške 66 eur, ktorý navrhovateľka na základe výzvy súdu zo dňa 1. 12. 2014 uhradila, bol vyrubený podľa položky 9 Sadzobníka súdnych poplatkov, teda vychádzal z návrhu navrhovateľky na začatie konania o určenie otcovstva. Inak povedané, rozdiel medzi súdom priznaným a žiadaným výživným, je z hľadiska vyrubeného súdneho poplatku, ktorého náhrada bola pre neúspech vo veci prenesená na odporcu, irelevantná, nakoľko súdny poplatok bol vyrubený za určovaní návrh navrhovateľky, domáhajúcej sa určenia, že odporca je otcom maloletého E. P., K.. XX. X. XXXX, z matky W. P., K.. XX. XX. XXXX. Arbitrárnou a irelevantnou je z pohľadu ust. § 62 ods. 5 zákona č. 36/2005 Z. z. (Zákon o rodine) aj diskriminačná argumentácia odporcu o výške príjmu navrhovateľky a o ohrození splnenia záväzku na zaplatenie výživného voči maloletému E. P. zo strany odporcu, vzhľadom na jeho ostatné finančné záväzky, ohrozujúce jeho existenciu, nakoľko výživné má prednosť pred inými výdavkami rodičov. Pri skúmaní schopností, možností a majetkových pomerov povinného rodiča súd nemôže brať do úvahy výdavky povinného rodiča, ktoré nie je nevyhnutné vynaložiť. Vyživovacia povinnosť rodičov voči deťom totiž patrí k tým právam a povinnostiam, ktoré stoja nad ich rámec. K odvolaciemu návrhu odporcu na nepriznanie, resp. zníženie náhrady trov konania navrhovateľke na polovicu, odvolací súd poznamenáva, že rozhodnutie o náhrade trov konania súdom prvého stupňa podľa § 142 ods. 1 O.s.p., t. j. podľa zásady úspechu v konaní, považuje za správne. V danom prípade súd po oboznámení sa s obsahom spisového materiálu nielenže nenašiel žiadne dôvody hodné osobitného zreteľa pre využitie jeho moderačného práva pri rozhodovaní o náhrade trov konania, naopak je presvedčený, že rozhodnutie podľa tohto ustanovenia by v danom prípade ani nepredstavovalo spravodlivú ochranu práv účastníkov konania. Odporcom neboli v konaní pred súdom prvého stupňa a ani do podania opravného prostriedku tvrdené žiadne také skutočnosti, ktoré by odôvodňovali aplikáciu ustanovenia § 150 O.s.p.. Z uvedených dôvodov odvolací súd uznesenie súdu prvého stupňa v napadnutej časti ako vecne správne podľa § 219 ods. 1 O.s.p. potvrdil. O trovách odvolacieho konania rozhodol súd podľa § 224 ods. 1 O.s.p., § 142 ods. 1 v spojení s § 151 ods. 1 O.s.p., a v odvolacom konaní úspešnej navrhovateľke, ktorá si náhradu trov odvolacieho konania neuplatnila a ani jej v súvislosti s podaným odvolaním žiadne trovy nevznikli, náhradu trov odvolacieho konania nepriznal. Poučenie: Proti tomuto uzneseniu odvolanie nie je prípustné.</w:t>
      </w:r>
    </w:p>
    <w:p/>
    <w:p>
      <w:r>
        <w:t>Zdroj: KAUZIS.SK – https://www.kauzis.sk/judikatura/r/ECLI:SK:KSBA:2016:1514216964.1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