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1CoZm/37/2016 z 27. 11. 2016</w:t>
      </w:r>
    </w:p>
    <w:p>
      <w:r>
        <w:t>Uznesenie Krajského súdu Bratislava z 27. novembra 2016, sp. zn. 1CoZm/37/2016, ECLI:SK:KSBA:2016:1514221567.4</w:t>
      </w:r>
    </w:p>
    <w:p>
      <w:r>
        <w:t>Súd: Krajský súd Bratislava</w:t>
      </w:r>
    </w:p>
    <w:p>
      <w:r>
        <w:t>Spisová značka: 1CoZm/37/2016</w:t>
      </w:r>
    </w:p>
    <w:p>
      <w:r>
        <w:t>ECLI: ECLI:SK:KSBA:2016:1514221567.4</w:t>
      </w:r>
    </w:p>
    <w:p>
      <w:r>
        <w:t>Dátum vydania: 27.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1CoZm/37/2016 Identifikačné číslo súdneho spisu: 1514221567 Dátum vydania rozhodnutia: 28. 11. 2016 Meno a priezvisko sudcu, VSÚ: JUDr. Soňa Pekarčíková ECLI: ECLI:SK:KSBA:2016:1514221567.4 Uznesenie Krajský súd v Bratislave v senáte zloženom z predsedníčky senátu Mgr. Soni Pekarčíkovej a členiek senátu JUDr. Andrey Sedlačkovej a JUDr. Miroslavy Janečkovej v právnej veci navrhovateľa: ČSOB Leasing, a.s., Panónska cesta 11, Bratislava, IČO: 35 704 713, zast. Malata, Pružinský, Hegedüš &amp; Partners s.r.o., Prievozská 4/B, Bratislava, proti odporcovi: 1) Bau Konzorcium spol. s r.o., Šamorínska 10, Bratislava, IČO: 44 683 405 a 2) H. H., nar. XX.X.XXXX, I. XX, W., o zaplatenie 15.642,59 eur s príslušenstvom a odmenou 52,14 eur zo zmenky a o odvolaní odporcu 2/ proti uzneseniu Okresného súdu Bratislava V, č.k. 1CbZm 794/2015-58 zo dňa 9.9.2015, takto r o z h o d o l : Krajský súd v Bratislave uznesenie Okresného súdu Bratislava V v Bratislave č.k. 1CbZm 794/2015-58 zo dňa 9.9.2015 p o t v r d z u j e . o d ô v o d n e n i e : Napadnutým uznesením súd prvého stupňa uložil odporcovi v 2. rade povinnosť zaplatiť súdny poplatok vo výške 941,50 eur za námietky proti zmenkovému platobnému rozkazu v lehote troch dní odo dňa právoplatnosti uznesenia. V odôvodnení napadnutého uznesenia súd prvého stupňa uviedol, že odporcovia v 1. a 2. rade podali námietky proti zmenkovému platobnému rozkazu č.k. 1Zm 654/2014-20 zo dňa 17.6.2015. Súd prvého stupňa tiež uviedol, že zmenkovým platobným rozkazom boli odporcovia na plnenie zaviazaní spoločne a nerozdielne (čo vyplýva z čl. I. § 47 zákona zmenkového a šekového č. 191/1950 Zb.), ale tým sa nestali nerozlučnými spoločníkmi. Zmenkový záväzok nie je ich spoločným záväzkom, každý z odporcov je síce voči navrhovateľovi solidárnym dlžníkom, ale len sám za seba a aj v súdnom konaní vystupujú samostatne (§ 91 ods. 1 O.s.p.). Keďže odporcovia nie sú nerozlučnými spoločníkmi, nie je v ich prípade možné postupovať podľa § 2 ods. 3 zákona č. 71/1992 Zb. a každý z nich je povinný zaplatiť súdny poplatok za námietky samostatne. Poukázal na Položku č. 1 písm. a) sadzobníka súdnych poplatkov, ktorý tvorí prílohu k zákonu č. 71/1992 Zb., podľa ktorého je súdny poplatok v sporoch o peňažnú pohľadávku 6% z ceny predmetu konania. V zmysle poznámky č. 5 k tejto Položke sa podľa rovnakej sadzby platí poplatok za námietky v zmenkovom a šekovom konaní. Za podanie námietok proti zmenkovému platobnému rozkazu je v sadzobníku ustanovený poplatok, odporca v 2. rade, sa preto v zmysle § 2 ods. 1 písm. a) zákona č. 71/1992 Zb. stal poplatníkom a súd ho na zaplatenie súdneho poplatku zaviazal. Poplatok bol vyrubený vo výške 6% z ceny predmetu konania, ktorou je súčet zmenkovej sumy 15.642,59 eur a odmeny 52,14 eur. Zmenková odmena nie je podľa § 121 ods. 3 zákona č. 40/1964 Zb., Občiansky zákonník, príslušenstvom pohľadávky. Proti uvedenému uzneseniu sa v zákonom stanovenej lehote odvolal odporca 2/ z dôvodu nesprávneho právneho posúdenia veci v zmysle § 205 ods. 1 písm. f) O.s.p. Poukázal na skutočnosť, že na základe vydaného zmenkového platobného rozkazu odporca 1/, 2/ podali spoločne dňa 9.7.2015 námietky proti zmenkovému platobnému rozkazu. Dňa 5.10.2015 bolo doručené odporcovi 2/ uznesenie súdu prvého stupňa, ktorým mu bola uložená povinnosť zaplatiť súdny poplatok vo výške 941,50 eur za námietky proti zmenkovému platobnému rozkazu. Poukázal na skutočnosť, že odporca v 1. rade uhradil riadne a včas dňa 30.9.2015 súdny poplatok v predpísanej sume 941,50 eur. Má za to, že súd prvého stupňa vyrubením súdneho poplatku samostatne odporcovi v 1. rade a samostatne odporcovi v 2. rade nesprávne právne vec posúdil. Má za to, že vzhľadom na skutočnosť, že odporca v 1. rade uhradil súdny poplatok v celom rozsahu a pre prípad, ak by odporca v 2. rade opätovne uhradil súdny poplatok za tú istú vec, bolo by to v rozpore s Položkou č. 1 sadzobníka súdnych poplatkov, nakoľko by bol uhradený súdny poplatok 12% z ceny predmetu konania. Má tiež za to, že podaním námietok vznikla odporcom 1/ a 2/ poplatková povinnosť v zmysle ust. § 5 ods. 1 zákona č. 71/1992 Zb. o súdnych poplatkoch, na ktorú mali byť zaviazaní spoločne a nerozdielne, s odkazom na ust. § 2 ods. 3 zákona o súdnych poplatkoch. V tejto súvislosti poukázal na uznesenie Najvyššieho súdu SR spis. zn. 5Obo 106/2007 zo dňa 16.4.2008, podľa ktorého nakoľko sa jedná o pasívnu solidaritu poplatníkov odporcovia majú zaplatiť súdny poplatok spoločne a nerozdielne. V tejto súvislosti tiež poukázal na ust. § 91 O.s.p. a má za to, že medzi odporcom 1/ a 2/ existuje procesné spoločenstvo v zmysle ust. § 91 ods. 2 O.s.p., a že sa jedná o nerozlučné spoločenstvo. Vzhľadom na vyššie uvedené má za to, že medzi odporcovi 2/ a odporcovi 1/ je daná pasívna solidarita. Z týchto dôvodov navrhuje odvolaciemu súdu rozhodnutie súdu prvého stupňa zrušiť. Podľa § 471 ods. 2 zákona č. 160/2015 Z.z. Civilný sporový poriadok účinný od 1.7.2016 konanie o zmenkovom platobnom rozkaze a šekovom platobnom rozkaze začaté predo dňom nadobudnutia účinnosti tohto zákona sa dokončia podľa doterajších predpisov. Krajský súd v Bratislave ako súd odvolací (§ 10 ods. 1 O.s.p.) prejednal odvolanie odporcu 2/ podľa ust. § 212 ods. 1 O.s.p. v spojení s ust. § 214 ods. 2 O.s.p. bez nariadenia odvolacieho pojednávania a dospel k záveru, že odvolanie nie je dôvodné. Odvolací súd sa oboznámil s obsahom spisu, pričom zistil, že odporca 2/ spoločne s odporcom 1/ podal dňa 10.7.2015 námietky proti vydanému zmenkovému platobnému rozkazu Okresného súdu Bratislava V č.k. 1Zm 654/2014-20 zo dňa 17.6.2015. Podaním námietok vznikla odporcovi 1/ a 2/ každému samostatne povinnosť zaplatiť súdny poplatok. V súvislosti s odvolacou námietkou odporcu 2/ odvolací súd uvádza, že Občiansky súdny poriadok nevylučuje, aby na jednej strane alebo i na oboch sporových stranách vystupovalo viacero účastníkov konania, vtedy hovoríme o tzv. procesnom spoločenstve. V závislosti od intenzity prepojenia jednotlivých účastníkov v takomto procesnom spoločenstve so zreteľom na obsah ich vzájomného hmotnoprávneho vzťahu príp. spoločného vzťahu k tretím osobám rozlišujeme spoločenstvo tzv. samostatné a nerozlučné. Samostatné je charakterizované tým, že každý spoločník vystupuje voči druhej strane samostatne. Nerozlučné spoločenstvo je charakterizované tým, že rozhodnutie sa vzťahuje na všetkých spoločníkov spoločne. Rozlišovanie na rozlučné a nerozlučné spoločenstvo má význam pre posúdenie procesných dôsledkov, úkonov účastníkov a súdu. Pri nerozlučnom spoločenstve sa rozhodnutie týka všetkých spoločníkov s rovnakým výsledkom, pričom práva a povinnosti spoločníkov sú nerozlučné a procesné dôsledky rozhodnutia sa týkajú všetkých spoločníkov, čo ho dôsledkom je aj to, že procesný úkon niektorého zo spoločníka sa týka všetkých spoločníkov. V takomto prípade, na ktorýkoľvek procesný úkon v priebehu konania sa vyžaduje súhlas všetkých účastníkov spoločenstva. Ak by sa takáto zhoda ohľadne takéhoto dispozitívneho úkonu nepodarila dosiahnuť, procesný úkon vykonaný napriek nesúhlasu, hoci len niektorého z nerozlučných spoločníkov bude neúčinný. V danom prípade sa však nejedná o nerozlučné spoločenstvo (príkladom nerozlučného spoločenstva je napr. spoluvlastníci v konaní o zrušenie spoluvlastníctva a pod.). Podľa poznámky Položky 1 ods. 3 sadzobníka zákona č. 71/1992 Zb. o súdnych poplatkoch štvrtá veta ak je odvolateľov na strane navrhovateľa alebo odporcu viac, platia súdny poplatok v závislosti od povahy ich procesného spoločenstva tak, že v prípade samostatného procesného spoločenstva (§ 91 ods. 1 O.s.p.) platia súdny poplatok samostatne podľa predmetu svojho odvolania a v prípade nerozlučného procesného spoločenstva (§ 91 ods. 2 O.s.p.) spoločne a nerozdielne. V danom prípade bolo na strane odporcu viac osôb, pričom odporca 1/ a 2/ podali námietky voči zmenkovému platobnému rozkazu. Je pravdou, že zmenkovým platobným rozkazom boli odporcovia zaviazaní spoločne a nerozdielne, avšak v konaní majú postavenie samostatných spoločníkov podľa § 91 ods. 1 O.s.p. Vyplýva to z tej skutočnosti, že v prípade, že námietky voči zmenkovému platobnému rozkazu, z ktorého vyplýva povinnosť odporcom spoločne a nerozdielne zaplatiť žalovanú pohľadávku zmenkovým platobným rozkazom by podal iba jeden z odporcov, prejednávajú sa námietky len voči tomuto odporcovi a voči ostatným odporcom, ktorí nepodali námietky sa stane zmenkový platobný rozkaz právoplatný. Súd prvého stupňa správne ustálil, že zmenkový záväzok nie je spoločným záväzkom odporcu 1/ a 2/ a každý z odporcov je síce voči navrhovateľovi solidárnym dlžníkom, ale len sám za seba, aj v súdnom konaní vystupuje samostatne. Keďže odporcovia nie sú nerozlučnými spoločníci, nie je v ich prípade možné postupovať podľa § 2 ods. 3 zákona č. 71/1992 Zb. a každý z odporcov je povinný zaplatiť súdny poplatok v prípade, že podá námietky voči zmenkovému platobnému rozkazu a to samostatne. Vzhľadom k tomu, že rozhodnutie súdu prvého stupňa je vecne správne a odôvodnené v súlade s ust. § 157 ods. 2 vtedy platného O.s.p. odvolací súd, s poukazom na ust. § 219 ods. 1 a 2 O.s.p. rozhodnutie súdu prvého stupňa ako vecne správne potvrdil. Toto rozhodnutie bolo členmi senátu prijaté pomerom hlasov 3:0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https://www.kauzis.sk/judikatura/r/ECLI:SK:KSBA:2016:1514221567.4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