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3CoZm/43/2016 z 25. 8. 2016</w:t>
      </w:r>
    </w:p>
    <w:p>
      <w:r>
        <w:t>Uznesenie Krajského súdu Bratislava z 25. augusta 2016, sp. zn. 3CoZm/43/2016, ECLI:SK:KSBA:2016:1514223527.1</w:t>
      </w:r>
    </w:p>
    <w:p>
      <w:r>
        <w:t>Súd: Krajský súd Bratislava</w:t>
      </w:r>
    </w:p>
    <w:p>
      <w:r>
        <w:t>Spisová značka: 3CoZm/43/2016</w:t>
      </w:r>
    </w:p>
    <w:p>
      <w:r>
        <w:t>ECLI: ECLI:SK:KSBA:2016:1514223527.1</w:t>
      </w:r>
    </w:p>
    <w:p>
      <w:r>
        <w:t>Dátum vydania: 25. 8.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3CoZm/43/2016 Identifikačné číslo súdneho spisu: 1514223527 Dátum vydania rozhodnutia: 26. 08. 2016 Meno a priezvisko sudcu, VSÚ: JUDr. Elena Ondrišová ECLI: ECLI:SK:KSBA:2016:1514223527.1 Uznesenie Krajský súd v Bratislave v senáte zloženom z predsedníčky senátu JUDr. Eleny Ondrišovej a sudcov Mgr. Štefana Zelenáka a JUDr. Miroslavy Janečkovej v právnej veci navrhovateľa PROFI CREDIT Slovakia s.r.o., Pribinova 25, Bratislava, IČO: 35 792 752, práv. zast. Advokátska kancelária JUDr. Andrea Cviková s.r.o., Kubániho 16, Bratislava, proti odporkyni F. V., nar. XX.X.XXXX, V. W. Č. Ľ. X, A., o 5.346,70 EUR s príslušenstvom a odmenou zo zmenky, o odvolaní odporkyne proti uzneseniu Okresného súdu Bratislava V v Bratislave č.k. 1CbZm 235/2015-23 z 20.4.2015, jednohlasne takto r o z h o d o l : Krajský súd v Bratislave uznesenie Okresného súdu Bratislava V v Bratislave č.k. 1CbZm 235/2015-23 z 20.4.2015 potvrdzuje. o d ô v o d n e n i e : Napadnutým uznesením súd prvého stupňa uložil odporkyni povinnosť zaplatiť súdny poplatok v sume 321,50 EUR za námietky proti zmenkovému platobnému rozkazu do 3 dní od právoplatnosti uznesenia. Uznesenie odôvodnil odkazom na položku 1 písm. a/ Sadzobníka súdnych poplatkov tvoriaceho prílohu k zák. č. 71/92 Zb., poznámkou č. 5 k tejto položke a § 2 ods. 1 písm. a/ zák. č. 71/92 Zb.. Proti tomuto uzneseniu podala včas odvolanie odporkyňa navrhujúc ho zrejme zrušiť, keď uviedla, že uplatnený nárok neuznáva, a preto odmieta poplatok zaplatiť. Poukázala súčasne na svoju nepriaznivú majetkovú situáciu, keď je bez príjmu a nevlastní žiadny majetok. Podľa § 471 ods. 2 zák. č. 160/2015 Z.z. konania o zmenkovom platobnom rozkaze a šekovom platobnom rozkaze začaté predo dňom nadobudnutia účinnosti tohto zákona sa dokončia podľa doterajších predpisov. Odvolací súd prejednal vec podľa § 214 ods. 1 O.s.p. a dospel k záveru, že odvolanie je potrebné odmietnuť. Podľa § 218 ods. 1 písm. a/ O.s.p. odvolací súd odmietne odvolanie, ktoré bolo podané oneskorene. Podľa § 204 ods. 1 O.s.p. odvolanie sa podáva do 15 dní od doručenia rozhodnutia na súde, proti rozhodnutiu ktorého smeruje. Podľa § 57 ods. 1 O.s.p. do plynutia lehoty sa nezapočítava deň, keď došlo k skutočnosti určujúcej začiatok lehoty. Podľa § 57 ods. 3 O.s.p. lehota je zachovaná, ak sa posledný deň lehoty urobí úkon na súde alebo podanie odovzdá orgánu, ktorý má povinnosť ho doručiť. Z obsahu spisu odvolací súd zistil, že predmetné uznesenie bolo odporkyni doručené 18.5.2015. Potom posledným dňom na podanie odvolania v zákonom stanovenej 15-dňovej lehote bol deň 2.6.2015. Vzhľadom na uvedené, odporkyňou podané odvolanie až dňa 5.6.2015 bolo podané až po uplynutí zákonom stanovenej lehoty, a preto ho odvolací súd podľa § 218 ods. 1 písm. a/ O.s.p. odmietol. Poučenie: Proti tomuto uzneseniu odvolanie nie je prípustné.</w:t>
      </w:r>
    </w:p>
    <w:p/>
    <w:p>
      <w:r>
        <w:t>Zdroj: KAUZIS.SK – https://www.kauzis.sk/judikatura/r/ECLI:SK:KSBA:2016:1514223527.1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