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14Co/242/2016 z 20. 6. 2016</w:t>
      </w:r>
    </w:p>
    <w:p>
      <w:r>
        <w:t>Rozhodnutie Krajského súdu Bratislava z 20. júna 2016, sp. zn. 14Co/242/2016, ECLI:SK:KSBA:2016:1514228070.1</w:t>
      </w:r>
    </w:p>
    <w:p>
      <w:r>
        <w:t>Súd: Krajský súd Bratislava</w:t>
      </w:r>
    </w:p>
    <w:p>
      <w:r>
        <w:t>Spisová značka: 14Co/242/2016</w:t>
      </w:r>
    </w:p>
    <w:p>
      <w:r>
        <w:t>ECLI: ECLI:SK:KSBA:2016:1514228070.1</w:t>
      </w:r>
    </w:p>
    <w:p>
      <w:r>
        <w:t>Dátum vydania: 20. 6. 2016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14Co/242/2016 Identifikačné číslo súdneho spisu: 1514228070 Dátum vydania rozhodnutia: 21. 06. 2016 Meno a priezvisko sudcu, VSÚ: JUDr. Katarína Javorčíková ECLI: ECLI:SK:KSBA:2016:1514228070.1 Rozhodnutie Krajský súd v Bratislave v právnej veci navrhovateľa: Wüstenrot poisťovňa, a.s., IČO: 31 383 408, Karadžičova 17, 825 22 Bratislava, zastúpený: Mgr. Miroslav Vilím, advokát, Michalská 9, 811 01 Bratislava, proti odporkyni: O. B., nar. XX. XX. XXXX, trvale bytom N. 6, XXX XX N., t. č. na neznámom mieste, zastúpená: opatrovníčkou W. A., zamestnankyňou Okresného súdu Bratislava V, o zaplatenie 43,36 Eur s príslušenstvom, o odvolaní navrhovateľa proti rozsudku Okresného súdu Bratislava V v Bratislave č.k. 50C/354/2015-34 zo dňa 18.2.2016, do výroku o náhrade trov konania, pomerom hlasov 3:0 takto r o z h o d o l : Krajský súd v Bratislave rozsudok Okresného súdu Bratislava V v Bratislave č.k. 50C/354/2015-34 zo dňa 18.2.2016 v napadnutej časti m e n í tak, že odporkyňa je povinná zaplatiť navrhovateľovi na účet právneho zástupcu 16,50 Eur na náhradu súdneho poplatku a 59,14 Eur na náhradu trov právneho zastúpenia, spolu vo výške 75,64 Eur, do troch dní odo dňa právoplatnosti uznesenia. Navrhovateľovi súd priznáva náhradu trov odvolacieho konania vo výške 5,- Eur, ktoré je odporkyňa povinná zaplatiť na účet jeho právneho zástupcu, do troch dní odo dňa právoplatnosti uznesenia. o d ô v o d n e n i e : Napadnutým rozsudkom súd prvého stupňa zaviazal odporkyňu zaplatiť navrhovateľovi sumu 43,36 Eur spolu s úrokom z omeškania vo výške 8,25 % ročne zo sumy 43,36 Eur od 22.12.2012 do zaplatenia, všetko do troch dní od právoplatnosti rozsudku. Súčasne ju zaviazal zaplatiť navrhovateľovi aj trovy konania pozostávajúce z náhrady za súdny poplatok v sume 16,50 Eur a trov právneho zastúpenia v sume 29,57 Eur. Z odôvodnenia rozsudku vyplýva, že navrhovateľ sa návrhom doručeným súdu dňa 10.12.2014 domáhal zaviazania odporkyne na zaplatenie dlžného poistného v sume 43,36 Eur s príslušenstvom a náhrady trov konania. Na základe vykonaného dokazovania súd dospel k záveru, že právny nárok navrhovateľa je opodstatnený, a podľa zákona č. 381/2001 Z. z. má ako poisťovateľ nárok na pomernú časť poistného ku dňu, keď poistenie zodpovednosti zaniklo. Preto návrhu navrhovateľa do veci samej vyhovel. O trovách konania súd rozhodol podľa § 150 ods. 2 O.s.p., podľa ktorého ak sú trovy konania v drobných sporoch neprimerané voči pohľadávke, môže ich súd nepriznať alebo znížiť. Navrhovateľ požadoval náhradu trov vo výške 75,64 EUR, z ktorých čiastka 16,50 Eur predstavuje náhradu za súdny poplatok a čiastka 59,14 EUR náhradu trov právneho zastúpenia za 2 úkony právnej služby - prevzatie veci a písomné podanie na súd. Podľa ustanovení § 10 ods. 1, 16 ods. 3 a 18 ods. 3 vyhlášky č. 655/2004 Z. z. o odmenách a náhradách advokátov za poskytovanie právnych služieb, je základná sadzba tarifnej odmeny 16,60 Eur a paušálna náhrada v roku 2014 bola vo výške 8,04 Eur, k čomu patrí aj daň z pridanej hodnoty vo výške 20 % (od 01.01.2011), spolu za jeden úkon v sume 29,57 Eur. Navrhovateľovi celkové trovy (aj za úhradu súdneho poplatku) vznikli vo výške 75,64 Eur, ktorú súd vyhodnotil k žalovanej pohľadávke za neprimeranú sumu. Prihliadol aj na to, že návrh na začatie súdneho konania v rovnakom znení navrhovateľ používa opakovane v tomto type súdnych sporov, ide o spor skutkovo, právne a aj z pohľadu dokazovania menej náročný. Súd preto náhradu trov znížil a priznal navrhovateľovi len sumu 16,50 Eur zodpovedajúcu súdnemu poplatku za návrh a 29,57 Eur za jeden úkon právnej služby. Rozsudok v časti výroku o náhrade trov konania napadol odvolaním v zákonnej lehote prostredníctvom právneho zástupcu navrhovateľ, podaním zo dňa 25.4.2016, čo do nepriznanej časti náhrady trov konania. Namietol, že odôvodnenie rozsudku o znížení trov konania nemá oporu v zákone. Podľa § 150 ods. 2 O.s.p. môže súd znížiť alebo nepriznať trovy konania ak sú v drobných sporoch neprimerané voči pohľadávke, čo na danú vec nemožno aplikovať. Navrhovateľ si uplatnil náhradu trov len za skutočne nevyhnutné úkony potrebné pre úspešné uplatňovanie práva, t.j. za prevzatie a naštudovanie veci, a za podanie žalobného návrhu.. Navyše navrhovateľ nezavinil vznik súdneho sporu, pretože odporkyňa si neplnila povinnosti z poistnej zmluvy a donútila tak odporcu domáhať sa ochrany na súde. V tomto smere poukázal aj na judikatúru súdov. Domáha sa preto, aby odvolací súd rozsudok v napadnutej časti zmenil a priznal navrhovateľovi náhradu trov konania v uplatnenej výške. Náhradu trov odvolacieho konania si neuplatnil. Opatrovníčka odporkyne sa k odvolaniu nevyjadrila. Krajský súd ako súd odvolací podľa § 10 ods. 1 O.s.p., preskúmal vec v napadnutej časti podľa § 212 ods. 1 O.s.p. bez nariadenia pojednávania a dospel k záveru, že odvolanie navrhovateľa je dôvodné. Podľa § 142 ods. 1 O.s.p., účastníkovi, ktorý mal vo veci plný úspech, súd prizná náhradu trov potrebných na účelné uplatňovanie alebo bránenie práva proti účastníkovi, ktorý vo veci úspech nemal. Podľa § 150 ods. 2 O.s.p., ak sú trovy konania v drobných sporoch neprimerané voči pohľadávke, môže ich súd nepriznať alebo znížiť. V danom prípade si navrhovateľ v konaní pred súdom prvého stupňa uplatnil náhradu trov konania v celkovej výške 75,64 Eur, z čoho suma 16,50 Eur predstavovala zaplatený súdny poplatok za návrh a zvyšok 59,14 Eur predstavovali trovy právneho zastúpenia za dva úkony právnej služby. Ustanovenie § 150 ods. 2 O.s.p. umožňuje súdom nepriznať alebo znížiť trovy konania v drobných sporoch, ak sú neprimerané voči pohľadávke. Podľa § 142 ods. 1 O.s.p. súd môže priznať účastníkovi len účelne vynaložené trovy konania. Prvostupňový súd navrhovateľovi za právnu pomoc priznal náhradu trov konania len za jeden úkon právnej služby s poukazom na to, že výška uplatnených trov konania je neprimeraná voči žalovanej pohľadávke a navyše ide o určitý typ tzv. formulárovej žaloby. Odvolací súd považuje za nesprávny záver súdu prvého stupňa, že uplatnené trovy sú neprimerané k výške žalovanej pohľadávky. Podľa ustálenej súdnej praxe za neprimeranú sa považuje taká výška uplatnených trov konania, ktorá predstavuje viac ako dvojnásobok žalovanej pohľadávky. V prejednávanej veci suma uplatnených trov vo výške 75,64 Eur predstavuje vo vzťahu k žalovanej pohľadávke 43,36 Eur sumu vyššiu len o približne 33 %. Navrhovateľ si navyše uplatnil náhradu trov len za nevyhnutné úkony právnej služby, ktoré boli účelne vynaložené. Odvolací súd preto posúdil uplatnenú náhradu trov právneho zastúpenia za primeranú. Podľa § 220 O.s.p. odvolací súd z týchto dôvodov zmenil napadnutý rozsudok vo výroku o náhrade trov konania tak, že priznal navrhovateľovi náhradu za 2 úkony právnej služby - prevzatie veci a podanie žalobného návrhu, ktoré boli vyčíslené v súlade s vyhl. MS SR č. 655/2004 Z.z. vo výške celkovej odmeny 59,14 Eur. Súčasne navrhovateľovi priznal náhradu za súdny poplatok v čiastke 16,50 Eur. Spolu mu tak za prvostupňové konanie priznal sumu 75,64 Eur. Navrhovateľ bol v odvolacom konaní v napadnutej časti rozsudku plne úspešný a podľa § 142 ods. 1 O.s.p. by mal nárok na plnú náhradu trov konania. V odvolacom konaní si však náhradu trov právneho zastúpenia nevyčíslil. Odvolací súd preto podľa § 151 ods. 2 O.s.p. priznal navrhovateľovi náhradu len za súdny poplatok za podanie odvolania vo výške 5,- Eur. Poučenie: Proti tomuto uzneseniu nie je prípustné odvolanie.</w:t>
      </w:r>
    </w:p>
    <w:p/>
    <w:p>
      <w:r>
        <w:t>Zdroj: KAUZIS.SK – https://www.kauzis.sk/judikatura/r/ECLI:SK:KSBA:2016:1514228070.1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