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7Co/279/2016 z 12. 7. 2016</w:t>
      </w:r>
    </w:p>
    <w:p>
      <w:r>
        <w:t>Uznesenie Krajského súdu Bratislava z 12. júla 2016, sp. zn. 7Co/279/2016, ECLI:SK:KSBA:2016:1515210927.2</w:t>
      </w:r>
    </w:p>
    <w:p>
      <w:r>
        <w:t>Súd: Krajský súd Bratislava</w:t>
      </w:r>
    </w:p>
    <w:p>
      <w:r>
        <w:t>Spisová značka: 7Co/279/2016</w:t>
      </w:r>
    </w:p>
    <w:p>
      <w:r>
        <w:t>ECLI: ECLI:SK:KSBA:2016:1515210927.2</w:t>
      </w:r>
    </w:p>
    <w:p>
      <w:r>
        <w:t>Dátum vydania: 12. 7. 2016</w:t>
      </w:r>
    </w:p>
    <w:p>
      <w:r>
        <w:t>Forma: Uznesenie</w:t>
      </w:r>
    </w:p>
    <w:p>
      <w:pPr>
        <w:pStyle w:val="Heading2"/>
      </w:pPr>
      <w:r>
        <w:t>Text rozhodnutia</w:t>
      </w:r>
    </w:p>
    <w:p>
      <w:r>
        <w:t>Súd: Krajský súd Bratislava Spisová značka: 7Co/279/2016 Identifikačné číslo súdneho spisu: 1515210927 Dátum vydania rozhodnutia: 13. 07. 2016 Meno a priezvisko sudcu, VSÚ: JUDr. Blanka Podmajerská ECLI: ECLI:SK:KSBA:2016:1515210927.2 Uznesenie Krajský súd v Bratislave v senáte zloženom z predsedníčky senátu JUDr. Blanky Podmajerskej a členov senátu JUDr. Blanky Malichovej a Mgr. Adely Unčovskej, v právnej veci žalobcu: S. N., nar. XX. X. XXXX, trvale bytom B. XX, J., štátny občan SR, zastúpený: Advokátska kancelária Marko, s.r.o., IČO: 36 860 646, Budatínska 47, Bratislava, proti žalovanému: CAPITAL PARK s.r.o, IČO: 45 897 328, Štefanovičova 12, Bratislava, o určenie vlastníckeho práva, na odvolanie žalobcu proti uzneseniu Okresného súdu Bratislava V zo dňa 26. apríla 2016, č. k, 10C/283/2015-115, jednomyseľne takto r o z h o d o l : Uznesenie súdu prvej inštancie sa p o t v r d z u j e. o d ô v o d n e n i e : 1. Napadnutým uznesením súd prvej inštancie zastavil konanie o určenie vlastníckeho práva k nehnuteľnosti a vo výroku o náhrade trov konania vyslovil, že žiaden z účastníkov nemá právo na náhradu trov konania. 2. Rozhodnutie právne odôvodnil ust. § 10 ods. 1 veta prvá a druhá zák. č. 71/1992 Zb. o súdnych poplatkoch a poplatku za výpis z registra trestov v znení neskorších predpisov a vecne nezaplatením súdneho poplatku za podanú žalobu v súdom stanovenej lehote 10 dní od doručenia výzvy, a to ani ku dňu rozhodnutia. Výzva na zaplatenie súdneho poplatku bola žalobcovi riadne doručená dňa 18. 3. 2016 a lehota na úhradu súdneho poplatku uplynula dňa 29. 3. 2016. 3. O náhrade trov konania súd prvej inštancie rozhodol podľa § 146 ods. 1 písm. c/ zák.č. 99/1963 Zb. v platnom znení (ďalej „O.s.p.“). 4. Proti tomuto uzneseniu podal v zákonnej lehote odvolanie žalobca, žiadal napadnuté uznesenie súdu prvej inštancie zrušiť z dôvodu, že žalobca súdny poplatok uhradil o čom dodatočne doručí dôkaz. 5. Odvolací súd preskúmal vec, v ktorej je viazaný rozsahom a dôvodmi odvolania, bez nariadenia odvolacieho pojednávania podľa § 378 ods. 1, § 379, § 380 v spojení s § 470 ods.2 zák. č. 160/2015 Z.z. Civilný sporový poriadok (ďalej len „C.s.p.“) a dospel k záveru, že odvolanie žalobcu nie je dôvodné. 6. Podľa § 1 ods. 1 zák. č. 71/1992 Zb. o súdnych poplatkoch a poplatku za výpis z registra trestov v znení neskorších predpisov (ďalej len „zák.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 č. 71/1992 Zb. poplatníkom je navrhovateľ poplatkového úkonu, ak je podľa sadzobníka ustanovený poplatok z návrhu. Podľa § 5 ods. 1 písm. a/ zák. č. 71/1992 Zb. poplatková povinnosť vzniká podaním návrhu, odvolania a dovolania alebo žiadosti na vykonanie poplatkového úkonu, ak je poplatníkom navrhovateľ, odvolateľ a dovolateľ. Podľa § 5 ods. 2 zák. č. 71/1992 Zb. právoplatným uznesením súdu o zastavení konania pre nezaplatenie súdneho poplatku poplatková povinnosť v celom rozsahu zaniká.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veta prvá zák. č. 71/1992 Zb. prvostupňový súd zruší uznesenie o zastavení konania pre nezaplatenie súdneho poplatku, ak poplatník zaplatí súdny poplatok do konca lehoty na podanie odvolania. 7. Z obsahu súdneho spisu v prejednávanej veci odvolací súd zistil, že žalobcovi podaním žaloby o určenie vlastníckeho práva k nehnuteľnosti v zmysle vyššie citovaných ustanovení zák. č. 71/1992 Zb. vznikla poplatková povinnosť vo výške 99,50 eur podľa položky 1 písm. b/ Sadzobníka súdnych poplatkov. Žalobca bol na jej splnenie pod následkom zastavenia konania vyzvaný výzvou zo dňa 3. 3. 2016 (čl. 111), doručenou jeho právnemu zástupcovi dňa 10. 3. 2016. Nakoľko v súdom stanovenej 10 dňovej lehote od doručenia výzvy súdny poplatok neuhradil, súd prvej inštancie postupoval správne a v súlade s ust. § 10 ods. 1 zák. č. 71/1992 Zb., keď konanie vo veci samej zastavil. Dopytom prvoinštančného súdu bolo zistené, že súdny poplatok za podanú žalobu, aj napriek odvolacím námietkam, nebol žalobcom uhradený ani ku dňu rozhodnutia odvolacieho súdu, a preto vo veci neboli splnené podmienky ani na postup podľa § 10 ods. 3 zák. č. 71/1992 Zb. 8. Na základe uvedeného odvolací súd napadnuté uznesenie súdu prvej inštancie ako vecne a právne správne podľa § 387 ods. 1 C.s.p. potvrdil. 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https://www.kauzis.sk/judikatura/r/ECLI:SK:KSBA:2016:1515210927.2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