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11CoP/136/2016 z 7. 6. 2016</w:t>
      </w:r>
    </w:p>
    <w:p>
      <w:r>
        <w:t>Uznesenie Krajského súdu Bratislava z 7. júna 2016, sp. zn. 11CoP/136/2016, ECLI:SK:KSBA:2016:1515216704.1</w:t>
      </w:r>
    </w:p>
    <w:p>
      <w:r>
        <w:t>Súd: Krajský súd Bratislava</w:t>
      </w:r>
    </w:p>
    <w:p>
      <w:r>
        <w:t>Spisová značka: 11CoP/136/2016</w:t>
      </w:r>
    </w:p>
    <w:p>
      <w:r>
        <w:t>ECLI: ECLI:SK:KSBA:2016:1515216704.1</w:t>
      </w:r>
    </w:p>
    <w:p>
      <w:r>
        <w:t>Dátum vydania: 7. 6. 2016</w:t>
      </w:r>
    </w:p>
    <w:p>
      <w:r>
        <w:t>Forma: Uznesenie</w:t>
      </w:r>
    </w:p>
    <w:p>
      <w:pPr>
        <w:pStyle w:val="Heading2"/>
      </w:pPr>
      <w:r>
        <w:t>Text rozhodnutia</w:t>
      </w:r>
    </w:p>
    <w:p>
      <w:r>
        <w:t>Súd: Krajský súd Bratislava Spisová značka: 11CoP/136/2016 Identifikačné číslo súdneho spisu: 1515216704 Dátum vydania rozhodnutia: 08. 06. 2016 Meno a priezvisko sudcu, VSÚ: JUDr. Katarína Štrignerová ECLI: ECLI:SK:KSBA:2016:1515216704.1 Uznesenie Krajský súd v Bratislave, v právnej veci vrátenia spôsobilosti na právne úkony: M. V., N..: XX.XX.XXXX, A. H., XXX XX A., pozbavenej na právne úkony, zastúpenej opatrovníkom Q. V., N..: XX.XX.XXXX, A. H., XXX XX A., korešpondenčná adresa A. XX, XXX XX A., na návrh pozbavenej, na odvolanie pozbavenej proti uzneseniu Okresného súdu Bratislava V zo dňa 12.10.2015, č.k. 17Ps/10/2015-14, jednohlasne (pomerom hlasov 3:0) takto r o z h o d o l : Uznesenie súdu prvého stupňa sa p o t v r d z u j e. Žiaden z účastníkov konania n e m á právo na náhradu trov odvolacieho konania. o d ô v o d n e n i e : Okresný súd Bratislava V uznesením zo dňa 12.10.2015, č.k. 17Ps/10/2015-14, zastavil konanie o vrátenie spôsobilosti na právne úkony M. V., N..: XX.XX.XXXX, A. H.S., XXX XX A., pozbavenej na právne úkony, zastúpenej opatrovníkom Q. V., N..: XX.XX.XXXX. Žiadnemu z účastníkov konania nepriznal právo na náhradu trov konania. Rozhodnutie právne odôvodnil § 186 ods. 2 O.s.p., a tým, že pozbavená nepredložila lekárske vyšetrenie o svojom duševnom stave, napriek tomu, že uznesením tamojšieho súdu zo dňa 17.08.2015, č.k. 17Ps/10/2015-5 bola vyzvaná, aby tak urobila s poučením, že pokiaľ tak neučinní v stanovenej lehote 14 dní, bude konanie zastavené. Proti tomuto uzneseniu v zákonnej lehote podala odvolanie pozbavená. Uviedla, že jej ošetrujúca doktorka V.. K. B. na základe uznesenia Okresného súdu Bratislava V zo dňa 12.10.2015, č.k. 17Ps/10/2015-14 vydala lekársku správu o jej zlepšenom stave. Poukázala na skutočnosť, že sa cíti dobre, je pokojná a inteligencia jej požívaním liekov neklesá, s tým, že posudková komisia zo dňa 28.05.2015 ju uznala chorou len na 75%. K podanému odvolaniu doložila i lekársku správu od V.. K. B., z ktorej vyplynulo, že je dlhodobo v psychiatrickej liečbe pre paranoidnú schizofréniu. Jej stav si vyžaduje pravidelné kontroly a užívanie psychofarmák. Odvolací súd preskúmal napadnuté rozhodnutie súdu prvého stupňa podľa § 212 ods. 2 písm. a/ O.s.p. a prejednal vec bez nariadenia odvolacieho pojednávania podľa § 214 ods. 2. O.s.p a dospel k záveru, že odvolanie pozbavenej nie je dôvodné. Podľa ust. § 186 ods. 1 O.s.p., návrh na začatie konania o spôsobilosti na právne úkony (pozbavenie, obmedzenie alebo vrátenie spôsobilosti na právne úkony) môže podať aj zdravotnícke zariadenie, ktoré je v takom prípade účastníkom konania. Podľa ust. § 186 ods. 2 O.s.p., ak nepodal návrh na začatie konania štátny orgán alebo zdravotnícke zariadenie, môže súd uložiť navrhovateľovi, aby do primeranej lehoty predložil lekárske vysvedčenie o duševnom stave vyšetrovaného; ak sa v tejto lehote nepredložilo lekárske vysvedčenie, súd zastaví konanie. Zo znenia ustanovenia § 186 ods. 1 a 2 O.s.p. nevyplýva, že účelom týchto zákonných ustanovení by bolo obmedzovať okruh možných navrhovateľov na zdravotnícke zariadenia a štátny orgán. Naopak ustanovenie § 186 ods. 2 O.s.p. ráta s tým, že takýto návrh bude môcť urobiť aj iný subjekt a že v takomto prípade je súd oprávnený uložiť navrhovateľovi, aby v primeranej lehote predložil lekárske vysvedčenie o duševnom stave. Nesplnenie uvedenej povinnosti zákona sankcionuje tým, že súd v tomto prípade konanie zataví. V zmysle uvedeného v danej veci postupoval aj súd prvého stupňa, keď mal v prebiehajúcom konaní za to, že na ďalšie konanie bude potrebné lekárske vysvedčenie o duševnom stave pozbavenej. Keďže návrh na vrátenie spôsobilosti na právne úkony podala samotná pozbavená, prvostupňový súd správne postupoval, keď ju uznesením zo dňa 17.08.2015, č.k. 17Ps/10/2015-5 vyzval na predloženie takéhoto lekárskeho vysvedčenia. Odvolací súd má ďalej za to, že pozbavená v odvolaní neuviedla žiadne také vecné a právne relevantné dôvody, ktoré by privodili pre ňu priaznivé rozhodnutie. V konaní sa súd prvého stupňa nedopustil vady, ktorá by mala za následok nesprávne rozhodnutie a na ktorú by musel odvolací súd prihliadať (§ 212 ods. 3 O.s.p.); obsah odvolania pozbavenej nebol preto spôsobilý spochybniť správnosť záverov napadnutého uznesenia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Na základe uvedeného odvolací súd uznesenie súdu prvého stupňa podľa § 219 O.s.p. potvrdil. O trovách odvolacieho konania odvolací súd rozhodol podľa § 146 ods. 1 písm. c/ O.s.p v spojení s § 224 ods. 1 O.s.p. tak, že žiaden z účastníkov nemá právo na náhradu trov odvolacieho konania. Poučenie: Proti tomuto uzneseniu nie je odvolanie prípustné.</w:t>
      </w:r>
    </w:p>
    <w:p/>
    <w:p>
      <w:r>
        <w:t>Zdroj: KAUZIS.SK – https://www.kauzis.sk/judikatura/r/ECLI:SK:KSBA:2016:1515216704.1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