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11CoP/135/2016 z 9. 3. 2016</w:t>
      </w:r>
    </w:p>
    <w:p>
      <w:r>
        <w:t>Uznesenie Krajského súdu Bratislava z 9. marca 2016, sp. zn. 11CoP/135/2016, ECLI:SK:KSBA:2016:1516200649.1</w:t>
      </w:r>
    </w:p>
    <w:p>
      <w:r>
        <w:t>Súd: Krajský súd Bratislava</w:t>
      </w:r>
    </w:p>
    <w:p>
      <w:r>
        <w:t>Spisová značka: 11CoP/135/2016</w:t>
      </w:r>
    </w:p>
    <w:p>
      <w:r>
        <w:t>ECLI: ECLI:SK:KSBA:2016:1516200649.1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11CoP/135/2016 Identifikačné číslo súdneho spisu: 1516200649 Dátum vydania rozhodnutia: 10. 03. 2016 Meno a priezvisko sudcu, VSÚ: JUDr. Bianka Gelačíková ECLI: ECLI:SK:KSBA:2016:1516200649.1 Uznesenie Krajský súd v Bratislave vo veci starostlivosti o maloletého: X. M., nar. XX.XX.XXXX, zast. kolíznym opatrovníkov Úradom práce, sociálnych vecí a rodiny Bratislava 7/A, dieťa matky - B. M., bytom W., H. XX, otcovstvo neurčené, o nariadenie predbežného opatrenia, na odvolanie matky proti rozhodnutiu Okresného súdu Bratislava V č.k. 17P/16/2016-19 zo dňa 27.01.2016, pomerom hlasov 3 : 0, takto r o z h o d o l : Uznesenie súdu prvého stupňa sa p o t v r d z u j e . o d ô v o d n e n i e : Súd prvého stupňa nariadil predbežné opatrenie, ktorým umiestnil maloletého X. M., nar. XX.XX.XXXX do T. domova X. so sídlom H. 6, W.. Súd prvého stupňa vec právne posúdil podľa § 74 ods.1, § 75 ods. 1, § 76 ods. 1 písm. b/ O.s.p. Súd prvého stupňa mal preukázané, že sú splnené podmienky pre nariadenie predbežného opatrenia z obsahu samotného návrhu, ako aj písomných dôkazov. Skonštatoval, že v konaní o nariadenie predbežného opatrenia sa dokazovanie nevykonáva, súd vychádza len z návrhu na jeho nariadenie a z obsahu súdneho spisu. Účelom predbežných opatrení je len provizórna úprava pomerov účastníkov, predbežné opatrenie neprejudikuje výsledok konania vo veci samej. Súd prvého stupňa zistil, že v prípade odovzdania maloletého do opatery matky by bolo reálne ohrozené zdravie dieťaťa nielen pre neliečené infekčné ochorenie matky, ale aj pre jej spôsob života, v dôsledku ktorého dieťa prejavovalo po narodení abstinenčné príznaky. Je v záujme maloletého dieťaťa, aby bola jeho starostlivosť zabezpečená v podmienkach ústavného zariadenia. Proti tomuto rozhodnutiu podala odvolanie matka maloletého, ktorá žiadala opätovne celú vec prešetriť. Odvolací súd preskúmal vec podľa § 212 ods. 2 písm. a/ O.s.p., prejednal vec podľa § 214 ods. 2 O.s.p. a dospel k záveru, že rozhodnutie súdu prvého stupňa je správne. Odvolaniu matky maloletého nie je možné vyhovieť. Súd prvého stupňa vec správne právne posúdil, keď mal preukázané podmienky pre nariadenie predbežného opatrenia v záujme maloletého dieťaťa. Súd prvého stupňa zistil, že spôsob života matky, ako aj neliečené ochorenie nezabezpečuje a nedáva záruku riadnej starostlivosti o maloletého. V posudzovanej veci odvolací súd zdôrazňuje, že predbežné opatrenie je len dočasným opatrením. V konaní o nariadenie predbežného opatrenia sa spravidla dokazovanie nevykonáva. Predmetom predbežného opatrenia je rýchla a dočasná úprava ohrozených pomerov maloletého dieťaťa. Súd prvého stupňa správne konštatoval, že sú splnené podmienky pre nariadenie predbežného opatrenia. Všetky námietky a návrhy na vykonanie dokazovanie môže matka uplatniť v konaní vo veci samej, kde súd prvého stupňa vo veci vykonal potrebné dokazovanie a meritórne vo veci rozhodne. Rozhodnutie súdu prvého stupňa je správne, odvolací súd ho potvrdil podľa § 219 O.s.p. Poučenie: Proti tomuto rozhodnutiu odvolanie nie je prípustné.</w:t>
      </w:r>
    </w:p>
    <w:p/>
    <w:p>
      <w:r>
        <w:t>Zdroj: KAUZIS.SK – https://www.kauzis.sk/judikatura/r/ECLI:SK:KSBA:2016:1516200649.1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