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14Co/220/2016 z 30. 5. 2016</w:t>
      </w:r>
    </w:p>
    <w:p>
      <w:r>
        <w:t>Uznesenie Krajského súdu Bratislava z 30. mája 2016, sp. zn. 14Co/220/2016, ECLI:SK:KSBA:2016:1516201192.1</w:t>
      </w:r>
    </w:p>
    <w:p>
      <w:r>
        <w:t>Súd: Krajský súd Bratislava</w:t>
      </w:r>
    </w:p>
    <w:p>
      <w:r>
        <w:t>Spisová značka: 14Co/220/2016</w:t>
      </w:r>
    </w:p>
    <w:p>
      <w:r>
        <w:t>ECLI: ECLI:SK:KSBA:2016:1516201192.1</w:t>
      </w:r>
    </w:p>
    <w:p>
      <w:r>
        <w:t>Dátum vydania: 30. 5. 2016</w:t>
      </w:r>
    </w:p>
    <w:p>
      <w:r>
        <w:t>Forma: Uznesenie</w:t>
      </w:r>
    </w:p>
    <w:p>
      <w:r>
        <w:t>Oblasť práva: Občianske právo</w:t>
      </w:r>
    </w:p>
    <w:p>
      <w:pPr>
        <w:pStyle w:val="Heading2"/>
      </w:pPr>
      <w:r>
        <w:t>Text rozhodnutia</w:t>
      </w:r>
    </w:p>
    <w:p>
      <w:r>
        <w:t>Súd: Krajský súd Bratislava Spisová značka: 14Co/220/2016 Identifikačné číslo súdneho spisu: 1516201192 Dátum vydania rozhodnutia: 31. 05. 2016 Meno a priezvisko sudcu, VSÚ: JUDr. Katarína Javorčíková ECLI: ECLI:SK:KSBA:2016:1516201192.1 Uznesenie Krajský súd v Bratislave v právnej veci navrhovateľky: S. D., R.. XX.XX.XXXX, D. J. XXXX/X, D., zastúpená: K.. X.. N. D., R.. XX.XX.XXXX, D. I. XXXX/XX, D. proti odporcovi: S. D., R.. XX.XX.XXXX, D. C. XX, o odvolaní odporcu proti uzneseniu Okresného súdu Bratislava V v Bratislave č.k. 56C/27/2016-49 zo dňa 7.3.2016, pomerom hlasov 3:0 takto r o z h o d o l : Odvolací súd odvolanie odporcu proti uzneseniu Okresného súdu Bratislava V v Bratislave č.k. 56C/27/2016-49 zo dňa 7.3.2016 o d m i e t a . O trovách odvolacieho konania rozhodne súd prvého stupňa. o d ô v o d n e n i e : Napadnutým uznesením prvostupňový súd nariadil vo veci na návrh navrhovateľky predbežné opatrenie a zakázal odporcovi nakladať s nehnuteľnosťou, nachádzajúcou sa na katastrálnom území C., obec C., okres R. K. R. C., na LV č. XXX, parcely registra „., parcelné číslo XXX záhrady o výmere XXX m2, parcelné číslo XXX zast. plochy a nádvoria vo výmere 60 m2, parcelné číslo XXX zast. plochy a nádvoria vo výmere XXX m2, a stavby- rodinný dom súpisné číslo XX nachádzajúci sa na parcele číslo XXX, ktorých má X/X spoluvlastnícky podiel, najmä tieto nehnuteľnosti darovať, predať a inak scudziť, zaťažiť záložným alebo iným právom v prospech tretej osoby, až do právoplatného skončenia konania vo veci samej. Vo zvyšku návrh na nariadenie predbežného opatrenia zamietol. Uznesenie bolo odporcovi doručené dňa 16.3.2016. Dňa 14.4.2016 bolo súdu doručené podanie odporcu zo dňa 12.4.2016, označené ako sťažnosť voči uzneseniu. V podstate v podaní uviedol, že je spoluvlastníkom spornej nehnuteľnosti spoločne so súrodencami a nemá žiaden dôvod nakladať so svojím podielom. Navrhuje preto uznesenie zrušiť. Uznesením zo dňa 18.4.2016 súd vyzval odporcu, aby uviedol, či toto podanie treba považovať za odvolanie a ak áno, aby riadne označil účastníkov konania. Uznesenie bolo odporcovi doručené dňa 21.4.2016. Podaním zo dňa 2.5.2016 odporca súdu oznámil, že jeho podanie zo dňa 12.4.2016 je odvolaním proti uzneseniu o nariadení predbežného opatrenia. Súčasne označil účastníkov konania. Krajský súd v Bratislave ako súd odvolací (§ 10 ods. 1 O.s.p.) preskúmal odvolanie odporcu predovšetkým z hľadiska jeho prípustnosti, a dospel k záveru, že odvolanie bolo podané oneskorene. Podľa § 204 ods. 1 O.s.p. odvolanie sa podáva do 15 dní od doručenia rozhodnutia na súde, proti rozhodnutiu ktorého smeruje. Ak bolo vydané opravné uznesenie, lehota plynie znovu od doručenia opravného uznesenia len v rozsahu vykonanej opravy. Odporca uznesenie prevzal dňa 16.3.2016 a odvolanie bolo podané na poštu dňa 13.4.2016. 15-dňová odvolacia lehota začala plynúť dňa 17.3.2016 a uplynula dňa 31.4.2016. Odvolanie však bolo podané až dňa 13.4.2016, teda po uplynutí zákonnej lehoty. Z uvedených dôvodov odvolací súd odvolanie odporcu podľa § 218 písm. a) O.s.p. odmietol ako oneskorene podané. O trovách spojených s konaním o predbežnom opatrení rozhodne súd prvého stupňa. Poučenie: Proti tomuto uzneseniu odvolanie nie je prípustné.</w:t>
      </w:r>
    </w:p>
    <w:p/>
    <w:p>
      <w:r>
        <w:t>Zdroj: KAUZIS.SK – https://www.kauzis.sk/judikatura/r/ECLI:SK:KSBA:2016:1516201192.1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