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6NcC/69/2016 z 20. 12. 2016</w:t>
      </w:r>
    </w:p>
    <w:p>
      <w:r>
        <w:t>Uznesenie Krajského súdu Bratislava z 20. decembra 2016, sp. zn. 6NcC/69/2016, ECLI:SK:KSBA:2016:1516216773.1</w:t>
      </w:r>
    </w:p>
    <w:p>
      <w:r>
        <w:t>Súd: Krajský súd Bratislava</w:t>
      </w:r>
    </w:p>
    <w:p>
      <w:r>
        <w:t>Spisová značka: 6NcC/69/2016</w:t>
      </w:r>
    </w:p>
    <w:p>
      <w:r>
        <w:t>ECLI: ECLI:SK:KSBA:2016:1516216773.1</w:t>
      </w:r>
    </w:p>
    <w:p>
      <w:r>
        <w:t>Dátum vydania: 20.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6NcC/69/2016 Identifikačné číslo súdneho spisu: 1516216773 Dátum vydania rozhodnutia: 21. 12. 2016 Meno a priezvisko sudcu, VSÚ: JUDr. Darina Kuchtová ECLI: ECLI:SK:KSBA:2016:1516216773.1 Uznesenie Krajský súd v Bratislave v senáte zloženom z predsedníčky senátu JUDr. Dariny Kuchtovej a sudcov JUDr. Branislava Krála a JUDr. Martina Murgaša, v právnej veci starostlivosti o maloleté dieťa: P. P., K.. XX.XX.XXXX, I. O. O. XX, XXX XX O., matky: A. P., K.. XX.XX.XXXXX, O. E. XX, XXX XX O., otec: Q. P., K.. XX.XX.XXXX, I. O. O. XX, XXX XX O., o návrhu na nariadenie neodkladného opatrenia, na nesúhlas Okresného súdu Bratislava IV s postúpením veci vedenej na tomto súde pod sp. zn. 25P/268/2016 z Okresného súdu Bratislava V, takto r o z h o d o l : Miestne príslušným súdom na prejednanie a rozhodnutie veci vedenej na Okresnom súde Bratislava IV pod sp. zn. 25P/268/2016 je Okresný súd Bratislava IV. o d ô v o d n e n i e : 1.Matka maloletej, A. P., podala na Okresný súd Bratislava V dňa 02.12.2016 návrh na nariadenie neodkladného opatrenia. 2.Okresný súd Bratislava V vyslovil podľa § 112 ods. 1 C.m.p. svoju miestnu nepríslušnosť a vec podľa § 5, § 6 ods. 1 C.m.p., v spojení s § 36 ods. 1 C.s.p. postúpil Okresnému súdu Bratislava IV z dôvodu, že maloletá sa s matkou zdržiava na adrese E. Č.. XX, O. (t.j. v obvode Okresného súdu Bratislava IV). 3. Okresný súd Bratislava IV nesúhlasil s postúpením veci a preto vec predložil na rozhodnutie Krajskému súdu v Bratislave podľa § 6 ods. 2 C.m.p.. Uviedol, že bydlisko maloletej je založené na adrese O. T.. Č.. XX B. O. (t.j. v obvode Okresného súdu Bratislava V), nakoľko z návrhu na nariadenie neodkladného opatrenia nevyplýva, že by došlo k dohode rodičov, čo sa týka zmeny bydliska dieťaťa. Maloletá má navyše na tejto adrese aj naďalej evidovaný svoj trvalý pobyt. V ďalšom poukázal na to, že matka maloletej býva na adrese E. Č.. XX B. O. iba 2 týždne, pričom zo spisu nevyplývajú žiadne skutočnosti svedčiace o tom, že sa tu mieni zdržiavať dlhodobo. Nie je tak preukázané, že vo veci je príslušný konať Okresný súd Bratislava IV. 4. Krajský súd v Bratislave, ktorý o miestnej príslušnosti rozhodoval podľa § 112 ods. 1 C.m.p., v spojení s § 2 ods. 1 C.m.p., a § 36 ods. 1, 2 C.s.p., dospel k záveru, že nesúhlas Okresného súdu Bratislava IV s postúpením veci nie je dôvodný. 5. V prejednávanej veci je predmetom konania návrh na nariadenie neodkladného opatrenia vo veci starostlivosti o maloleté dieťa - Dominiku Dulanskú, nar. 02.01.2010. Miestna príslušnosť súdu sa preto spravuje ust. § 112 ods. 1 C.m.p., podľa ktorého, na konanie vo veciach starostlivosti súdu o maloletých je miestne príslušný súd, v ktorého obvode má maloletý v čase začatia konania bydlisko určené dohodou rodičov alebo iným zákonným spôsobom. Ide o konanie, kde súd skúma miestnu príslušnosť ex offo (§ 5 C.m.p.). 6. S poukazom na uvedené Okresný súd Bratislava V mohol skúmať svoju miestnu príslušnosť podľa § 112 ods. 1 C.m.p., pričom jeho záver, že miestne príslušným súdom na prejednanie a rozhodnutie predmetnej veci je Okresný súd Bratislava IV, je správny. 7. Predmetom konania je návrh A. P., matky maloletej, na nariadenie neodkladného opatrenia, v ktorom matka uvádza existenciu pretrvávajúcich hádok s otcom maloletej, Q.R. P., K.. XX.XX.XXXX, s tým, že svokor, Q. P. W.., K.. XX.XX.XXXX, u ktorého na adrese O. XX, O., spolu s odporcom a maloletou dcérou bývali, jej zrušil trvalý pobyt na adrese O. XX, O.. Z týchto dôvodov matka maloletej momentálne (i v čase podania návrhu na súd) spolu s maloletou žije u Q. Q., K.. XX.XX.XXXX, starej mamy maloletej, na E. T.. Č.. XX B. O. (t.j. v obvode Okresného súdu Bratislava IV), a to napriek tomu, že maloletá má trvalý pobyt stále evidovaný na adrese O. XX, O. (t. j. v obvode Okresného súdu Bratislava V). 8. Ako už bolo uvedené, pre určenie miestnej príslušnosti súdu je rozhodujúce bydlisko maloletého v čase začatia konania určené dohodou rodičov alebo iným zákonným spôsobom (§ 112 ods. 1 C.m.p.). Pod pojmom bydlisko je pritom potrebné rozumieť miesto, kde sa fyzická osoba - občan skutočne trvalo zdržiava, aj keď je prihlásená na trvalý pobyt v obvode iného súdu. Spravidla bude mať fyzická osoba svoje bydlisko tam, kde je aj prihlásená k trvalému pobytu. V prípade, ak to tak nebude, rozhodujúcim bude miesto, kde sa osoba zdržuje s úmyslom zdržiavať sa tu natrvalo, t. j. kde má bydlisko, a nie miesto, kde je prihlásená k trvalému pobytu. Iba v prípade, ak fyzická osoba (maloletý) nemá bydlisko, jej všeobecným súdom je súd, v obvode ktorého sa zdržuje v čase podania návrhu (§ 113 C.m.p.). Oproti pojmu bydlisko je miestom, kde sa osoba (maloletý) zdržiava, miesto, kde sa zdržiava bez úmyslu zdržiavať sa tu natrvalo (napr. miesto prechodného pobytu). V danej veci z návrhu na nariadenie neodkladného opatrenia vyplýva, že maloletá sa v čase začatia konania zdržiava s matkou na E.Á. T. Č.. XX B. O., t.j. v obvode Okresného súdu Bratislava IV. 9. Vzhľadom na uvedené je miestne príslušným súdom na prejednanie a rozhodnutie predmetnej veci Okresný súd Bratislava IV. 10. Z týchto dôvodov Krajský súd v Bratislave rozhodol tak, ako je uvedené vo výroku tohto uznesenia. 11. Toto rozhodnutie bolo prijaté senátom Krajského súdu v Bratislave pomerom hlasov 3 : 0 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- dovolací návrh (§ 428 CSP).</w:t>
      </w:r>
    </w:p>
    <w:p/>
    <w:p>
      <w:r>
        <w:t>Zdroj: KAUZIS.SK – https://www.kauzis.sk/judikatura/r/ECLI:SK:KSBA:2016:1516216773.1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