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5Co/176/2015 z 6. 3. 2016</w:t>
      </w:r>
    </w:p>
    <w:p>
      <w:r>
        <w:t>Uznesenie Krajského súdu Bratislava z 6. marca 2016, sp. zn. 5Co/176/2015, ECLI:SK:KSBA:2016:1612207495.1</w:t>
      </w:r>
    </w:p>
    <w:p>
      <w:r>
        <w:t>Súd: Krajský súd Bratislava</w:t>
      </w:r>
    </w:p>
    <w:p>
      <w:r>
        <w:t>Spisová značka: 5Co/176/2015</w:t>
      </w:r>
    </w:p>
    <w:p>
      <w:r>
        <w:t>ECLI: ECLI:SK:KSBA:2016:1612207495.1</w:t>
      </w:r>
    </w:p>
    <w:p>
      <w:r>
        <w:t>Dátum vydania: 6.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5Co/176/2015 Identifikačné číslo súdneho spisu: 1612207495 Dátum vydania rozhodnutia: 07. 03. 2016 Meno a priezvisko sudcu, VSÚ: JUDr. Milan Chalupka ECLI: ECLI:SK:KSBA:2016:1612207495.1 Uznesenie Krajský súd v Bratislave v právnej veci navrhovateľa: GENERAL FACTORING, a.s., IČO: 35 838 825, so sídlom Košická 56, Bratislava, zastúpeného HMG &amp; PARTNERS, s.r.o., so sídlom Štefanovičova 12, Bratislava, proti odporcovi: Q. Š.Á., G.. XX.XX.XXXX, K. K. X/B, K., o zaplatenie sumy 3.918,97 eur s príslušenstvom, na odvolanie navrhovateľa proti rozsudku Okresného súdu Malacky, č.k.: 6C/234/2013-113 zo dňa 10.07.2014, takto r o z h o d o l : Odvolacie konanie sa z a s t a v u j e. Žiaden z účastníkov n e m á právo na náhradu trov odvolacieho konania. o d ô v o d n e n i e : Napadnutým rozsudkom súd prvého stupňa zamietol návrh navrhovateľa ktorým sa navrhovateľ domáhal voči odporcovi zaplatenia sumy 3.918,97 eur s úrokmi z omeškania vo výške 17% ročne zo sumy 2.069,58 eur od 22.12.2010 do zaplatenia, s úrokmi z omeškania vo výške 8,50% zo sumy 2.069,58 eur od 22.12.2010 do zaplatenia a náhrady trov konania z titulu nesplatenej časti poskytnutého úveru na základe zmluvy o vydaní a používaní bankovej platobnej karty zo dňa 17.05.2006. Odporcovi nepriznal právo na náhradu trov konania. Proti tomuto rozsudku podal právny zástupca navrhovateľa v zákonnej lehote odvolanie. Navrhovateľ prostredníctvom svojho právneho zástupcu: Jakubčák, advokátska kancelária, s.r.o., so sídlom Michalská 14, 811 03 Bratislava, podal dňa 02.02.2015 späťvzatie podaného odvolania proti rozsudku Okresného súdu Malacky, č.k. 6C/234/2013-113 zo dňa 10.07.2014. Podľa § 207 ods. 2 O.s.p. dokiaľ o odvolaní nebolo rozhodnuté, možno ho vziať späť. Ak niekto vzal odvolanie späť, nemôže ho podať znova. Podľa § 207 ods. 3 O.s.p., ak sa odvolanie, o ktorom nebolo rozhodnuté, vzalo späť, odvolací súd odvolacie konanie zastaví. Vychádzajúc z § 207 O.s.p. právo podať odvolanie, ako aj vziať podané odvolanie späť je dispozičným právom oprávneného, ktoré mu patrí až do rozhodnutia o odvolaní. Na účinnosť späťvzatia odvolania nie je potrebný súhlas súdu ani iného subjektu. V danej veci navrhovateľ pred rozhodnutím odvolacieho súdu vzal podané odvolanie späť, preto odvolací súd rešpektujúc jeho dispozičné právo nakladať s podaným odvolaním, odvolacie konanie zastavil. O trovách odvolacieho konania rozhodol odvolací súd podľa § 224 ods. 1 O.s.p. v spojení s § 146 ods. 1 písm. c) O.s.p., keďže navrhovateľ späťvzatím odvolania síce procesne zavinil zastavenie odvolacieho konania, odporca však nepodal návrh na priznanie náhrady podľa § 151 ods. 1 veta prvá O.s.p., nebol preto dôvod na postup podľa § 146 ods. 2 veta prvá O.s.p.. Poučenie: Proti tomuto uzneseniu odvolanie nie je prípustné.</w:t>
      </w:r>
    </w:p>
    <w:p/>
    <w:p>
      <w:r>
        <w:t>Zdroj: KAUZIS.SK – https://www.kauzis.sk/judikatura/r/ECLI:SK:KSBA:2016:1612207495.1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