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14Co/229/2016 z 9. 6. 2016</w:t>
      </w:r>
    </w:p>
    <w:p>
      <w:r>
        <w:t>Uznesenie Krajského súdu Bratislava z 9. júna 2016, sp. zn. 14Co/229/2016, ECLI:SK:KSBA:2016:1612211376.2</w:t>
      </w:r>
    </w:p>
    <w:p>
      <w:r>
        <w:t>Súd: Krajský súd Bratislava</w:t>
      </w:r>
    </w:p>
    <w:p>
      <w:r>
        <w:t>Spisová značka: 14Co/229/2016</w:t>
      </w:r>
    </w:p>
    <w:p>
      <w:r>
        <w:t>ECLI: ECLI:SK:KSBA:2016:1612211376.2</w:t>
      </w:r>
    </w:p>
    <w:p>
      <w:r>
        <w:t>Dátum vydania: 9. 6. 2016</w:t>
      </w:r>
    </w:p>
    <w:p>
      <w:r>
        <w:t>Forma: Uznesenie</w:t>
      </w:r>
    </w:p>
    <w:p>
      <w:r>
        <w:t>Oblasť práva: Občianske právo</w:t>
      </w:r>
    </w:p>
    <w:p>
      <w:pPr>
        <w:pStyle w:val="Heading2"/>
      </w:pPr>
      <w:r>
        <w:t>Text rozhodnutia</w:t>
      </w:r>
    </w:p>
    <w:p>
      <w:r>
        <w:t>Súd: Krajský súd Bratislava Spisová značka: 14Co/229/2016 Identifikačné číslo súdneho spisu: 1612211376 Dátum vydania rozhodnutia: 10. 06. 2016 Meno a priezvisko sudcu, VSÚ: JUDr. Katarína Javorčíková ECLI: ECLI:SK:KSBA:2016:1612211376.2 Uznesenie Krajský súd v Bratislave v právnej veci navrhovateľa: POHOTOVOSŤ, s.r.o., so sídlom v Bratislave, Pribinova č. 25, zastúpený: Fridrich Paľko, s.r.o., so sídlom v Bratislave, Grösslingova č. 4, proti odporcovi: Slovenská F. - O. Z. Z. F., N., Ž. D. Č.. XX, o náhradu škody, o odvolaní navrhovateľa proti uzneseniu Okresného súdu Malacky zo dňa 10.7.2013, č. k. 5C/178/2012-21 a o námietke zaujatosti, pomerom hlasov 3:0, takto r o z h o d o l : I. Uznesenie Okresného súdu Malacky zo dňa 10.7.2013, č. k. 5C/178/2012-21, p o t v r d z u j e . II. Sudca Okresného súdu Malacky M.. O. F. n i e je vylúčený z prejednávania a rozhodovania v predmetnej veci. o d ô v o d n e n i e : K bodu I. Napadnutým uznesením súd prvého stupňa uložil navrhovateľovi podľa položky 17a Sadzobníka súdnych poplatkov, tvoriaceho prílohu zák. č. 71/1992 Zb. o súdnych poplatkoch a s poukazom na uznesenie ÚS SR, sp. zn. II ÚS 124/2011, povinnosť zaplatil súdny poplatok za vznesenie námietky zaujatosti vo výške 66,- eur. Proti tomuto uzneseniu podal včas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Malacky mal postupovať zákonným spôsobom a podľa ust. § 12 ods. 1 O.s.p., v spojení s ust. § 12 ods. 3 O.s.p. požiadať príslušný krajský súd, aby prikázal vec na prejednanie inému súdu toho istého stupňa. Vo veci nejde o vhodnosť, ale o nutnosť prikázania veci inému súdu, aby bolo konanie spravodlivé a vo veci samej rozhodoval nestranný zákonný sudca. Uviedol, že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214 ods. 2 O.s.p.) a dospel k záveru, že odvolanie navrhovateľa nie je dôvodné. Podľa § 1 ods. 1 zák.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eur. Z obsahu spisu vyplýva, že v preskúmavaných veciach sa navrhovateľ návrhom vo veci samej domáha náhrady majetkovej škody a nemajetkovej ujmy v zmysle zák. č. 514/2003 Z.z. o zodpovednosti za škodu spôsobenú pri výkone verejnej moci a o zmene niektorých zákonov, ktorá mu vznikla nesprávnym úradným postupom Okresného súdu Malacky. V návrhu súčasne požiadal, aby nadriadený súd rozhodol pred prvotným prejednaním veci o prikázaní veci (tohto sporu) inému súdu, pretože sudcovia miestne a vecne príslušného Okresného súdu Malacky sú vylúčení z prejednávania a rozhodovania veci vzhľadom na ich pomer k veci a účastníkom konania. Z obsahu tejto žiadosti je zrejmé, že navrhovateľ uplatnil námietku zaujatosti všetkých sudcov Okresného súdu Malacky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eur.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podľa § 219 ods. 1 O.s.p. napadnuté uznesenia súdu prvého stupňa ako vecne správne potvrdil. K bodu II Návrhom na začatie konania sa navrhovateľ domáha náhrady škody a nemajetkovej ujmy, vzniknutých nesprávnym postupom súdu, v zmysle zák. č. 514/2003 Z.z. o zodpovednosti za škodu spôsobenú pri výkone verejnej moci. Súčasťou návrhu je aj konštatovanie, že ak bol sám okresný súd ako štátny orgán škodcom v spore medzi navrhovateľom a štátom, tak je vylúčené, aby prostredníctvom sudcov rozhodoval predmetný spor. Pridelenie veci niektorému zo sudcov daného súdu by porušilo právo navrhovateľa na prerokovanie veci nezávislým a nestranným súdom, pretože podľa rozvrhu práce na súde neexistuje sudca, ktorý by nebol vo veci zaujatý. Vzhľadom na pomer sudcov súdu k veci a k účastníkom konania navrhovateľ žiadal v zmysle § 12 O.s.p. rozhodnúť o prikázaní veci inému súdu. Podľa § 12 ods. 1 O.s.p. ak nemôže príslušný súd o veci konať, pretože jeho sudcovia sú vylúčení (§ 14), musí byť vec prikázaná inému súdu toho istého stupňa. Podľa § 14 ods. 1 O.s.p. sudcovia sú vylúčení z prejednávania a rozhodovania veci, ak so zreteľom na ich pomer k veci, k účastníkom alebo k ich zástupcom možno mať pochybnosti o ich nezaujatosti. O vylúčení v tomto zmysle možno však rozhodovať len vo vzťahu ku konkrétnej osobe sudcu, resp. sudcov, ktorí sa podieľajú alebo môžu podieľať na prejednávaní a rozhodovaní veci. Prípadná zaujatosť je výsledkom osobného vzťahu sudcu k veci, k účastníkom konania alebo k ich zástupcom, preto je tento pomer potrebné zisťovať individuálne u každého sudcu zvlášť. Vzhľadom k tomu nemohol Krajský súd v Bratislave (§ 16 ods. 1 O.s.p.) rozhodovať o vylúčení všetkých sudcov okresného súdu, resp. všetkých, ktorí sú podľa rozvrhu práce určení na prejednávanie občianskoprávnych vecí, rozhodoval len o vylúčení toho sudcu okresného súdu, ktorý by mal podľa rozvrhu práce prejednať a rozhodnúť predmetnú vec. Vec prejednávajúci sudca sa necíti byť zaujatý, nemá pomer k účastníkom konania, k ich zástupcom a ani k prejednávanej veci. Účelom citovaného ust. § 14 ods. 1 O.s.p. je prispieť k nestrannému prejednaniu veci, k nezaujatému prístupu k účastníkom alebo ich zástupcom a tiež predísť možnosti neobjektívneho rozhodovania. Pomer sudcu k veci môže vyplývať predovšetkým z priameho právneho záujmu sudcu na prejednávanej veci. Tak je tomu v prípade, keď sudca sám by bol účastníkom konania, či na strane navrhovateľa alebo na strane odporcu, alebo v prípade, že by mohol byť rozhodnutím súdu priamo dotknutý vo svojich právach (napr. keby inak mohol byť vedľajším účastníkom). Vylúčený je aj sudca, ktorý získal o veci poznatky iným spôsobom, než z dokazovania pri rokovaní (napr. ako svedok vnímal skutočnosti, ktoré sú predmetom dokazovania). Pomer sudcu k účastníkom alebo k ich zástupcom potom môže byť založený predovšetkým príbuzenským alebo jemu podobným vzťahom. Do úvahy prichádza aj vzťah ekonomickej závislosti, napríklad v súvislosti s vedeckou či inou publikačnou činnosťou sudcu, v súvislosti so správou vlastného majetku sudcu a pod. Dôvodom na vylúčenie sudcu však nie sú okolnosti, ktoré spočívajú v postupe sudcu v konaní o prejednávanej veci alebo v jeho rozhodovaní v iných veciach, a to dokonca ani v prípade, že by rozhodnutie tohto sudcu nebolo správne (napríklad ak samosudca vynesie rozhodnutie, ktoré je odvolacím súdom zrušené). Rozhodovanie v ďalších sporoch účastníka preto daného sudcu nevylučuje z prejednávania a rozhodovania tejto veci. Rozhodnutie o vylúčení sudcu predstavuje výnimku z ústavnej zásady, podľa ktorej nikto nesmie byť odňatý svojmu zákonnému sudcovi. V súlade s týmto ústavným princípom možno sudcu vylúčiť z prejednávania a rozhodovania pridelenej veci iba výnimočne a z vážnych dôvodov, ktoré mu celkom zjavne bránia rozhodnúť v súlade so zákonom nezaujato a spravodlivo. Objektívnu nestrannosť nemožno chápať tak, že akákoľvek pochybnosť o nestrannosti sudcu ho automaticky vylučuje ako sudcu z rozhodovania veci. Skutočnosť, ktorá by založila pochybnosti o nezaujatosti zákonného sudcu môže nastať iba v prípade, keď je celkom zjavné, že jeho vzťah k danej veci, účastníkom alebo ich zástupcom dosahuje taký charakter a intenzitu, že aj napriek zákonom ustanovenej povinnosti nebude môcť rozhodovať nezávisle a nestranne. Krajský súd v Bratislave vo veci dospel k záveru, že nie sú dané podmienky pre vylúčenie zákonného sudcu okresného súdu (sudcu prejednávajúceho vec), pretože absentuje dôvod, pre ktorý by mohli vzniknúť pochybnosti, že nebude vo veci postupovať nezaujato a nestranne. Z tohto dôvodu neboli splnené ani podmienky na rozhodnutie o prikázaní veci inému súdu (§ 12 ods. 1 O.s.p.). Poučenie: Proti tomuto uzneseniu odvolanie nie je prípustné.</w:t>
      </w:r>
    </w:p>
    <w:p/>
    <w:p>
      <w:r>
        <w:t>Zdroj: KAUZIS.SK – https://www.kauzis.sk/judikatura/r/ECLI:SK:KSBA:2016:1612211376.2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